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C8D1C" w14:textId="77777777" w:rsidR="000B14CA" w:rsidRPr="00C341F2" w:rsidRDefault="000B14CA" w:rsidP="000B14CA">
      <w:pPr>
        <w:rPr>
          <w:rFonts w:ascii="Book Antiqua" w:hAnsi="Book Antiqua"/>
          <w:sz w:val="4"/>
          <w:szCs w:val="4"/>
        </w:rPr>
      </w:pPr>
    </w:p>
    <w:tbl>
      <w:tblPr>
        <w:tblpPr w:leftFromText="141" w:rightFromText="141" w:vertAnchor="text" w:tblpX="211" w:tblpY="31"/>
        <w:tblW w:w="0" w:type="auto"/>
        <w:tblBorders>
          <w:top w:val="triple" w:sz="4" w:space="0" w:color="008000"/>
          <w:left w:val="triple" w:sz="4" w:space="0" w:color="008000"/>
          <w:bottom w:val="triple" w:sz="4" w:space="0" w:color="008000"/>
          <w:right w:val="triple" w:sz="4" w:space="0" w:color="008000"/>
          <w:insideH w:val="triple" w:sz="4" w:space="0" w:color="008000"/>
          <w:insideV w:val="triple" w:sz="4" w:space="0" w:color="008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0"/>
      </w:tblGrid>
      <w:tr w:rsidR="000B14CA" w:rsidRPr="00C341F2" w14:paraId="56D8A8F6" w14:textId="77777777" w:rsidTr="002476A6">
        <w:trPr>
          <w:trHeight w:val="474"/>
        </w:trPr>
        <w:tc>
          <w:tcPr>
            <w:tcW w:w="1366" w:type="dxa"/>
            <w:tcBorders>
              <w:top w:val="thinThickSmallGap" w:sz="24" w:space="0" w:color="008000"/>
              <w:left w:val="thinThickSmallGap" w:sz="24" w:space="0" w:color="008000"/>
              <w:bottom w:val="thinThickSmallGap" w:sz="24" w:space="0" w:color="008000"/>
              <w:right w:val="thinThickSmallGap" w:sz="24" w:space="0" w:color="008000"/>
            </w:tcBorders>
          </w:tcPr>
          <w:p w14:paraId="5D7E7197" w14:textId="4C1F55FB" w:rsidR="000B14CA" w:rsidRPr="00C341F2" w:rsidRDefault="000B14CA" w:rsidP="002476A6">
            <w:pPr>
              <w:jc w:val="center"/>
              <w:rPr>
                <w:rFonts w:ascii="Book Antiqua" w:hAnsi="Book Antiqua"/>
                <w:b/>
                <w:color w:val="008000"/>
                <w:sz w:val="18"/>
                <w:szCs w:val="18"/>
              </w:rPr>
            </w:pPr>
            <w:r w:rsidRPr="00C341F2">
              <w:rPr>
                <w:rFonts w:ascii="Book Antiqua" w:hAnsi="Book Antiqua"/>
                <w:noProof/>
                <w:color w:val="008000"/>
                <w:sz w:val="28"/>
              </w:rPr>
              <w:drawing>
                <wp:inline distT="0" distB="0" distL="0" distR="0" wp14:anchorId="19E4B33B" wp14:editId="2C15670E">
                  <wp:extent cx="777240" cy="777240"/>
                  <wp:effectExtent l="0" t="0" r="3810" b="3810"/>
                  <wp:docPr id="27711034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D6CFEA" w14:textId="77777777" w:rsidR="000B14CA" w:rsidRPr="00B37CBD" w:rsidRDefault="000B14CA" w:rsidP="000B14CA">
      <w:pPr>
        <w:pBdr>
          <w:bottom w:val="double" w:sz="4" w:space="8" w:color="auto"/>
          <w:right w:val="double" w:sz="4" w:space="0" w:color="auto"/>
        </w:pBdr>
        <w:shd w:val="clear" w:color="auto" w:fill="FFFFFF"/>
        <w:jc w:val="center"/>
        <w:rPr>
          <w:rFonts w:ascii="Book Antiqua" w:hAnsi="Book Antiqua"/>
          <w:bCs/>
          <w:color w:val="008000"/>
          <w:sz w:val="28"/>
          <w:szCs w:val="28"/>
        </w:rPr>
      </w:pP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Miejska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i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Powiatowa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Biblioteka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Publiczna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w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Lubaniu</w:t>
      </w:r>
      <w:proofErr w:type="spellEnd"/>
      <w:r w:rsidRPr="00B37CBD">
        <w:rPr>
          <w:rFonts w:ascii="Book Antiqua" w:hAnsi="Book Antiqua"/>
          <w:bCs/>
          <w:color w:val="008000"/>
          <w:sz w:val="28"/>
          <w:szCs w:val="28"/>
        </w:rPr>
        <w:t xml:space="preserve"> </w:t>
      </w:r>
      <w:proofErr w:type="spellStart"/>
      <w:r w:rsidRPr="00B37CBD">
        <w:rPr>
          <w:rFonts w:ascii="Book Antiqua" w:hAnsi="Book Antiqua"/>
          <w:bCs/>
          <w:color w:val="008000"/>
          <w:sz w:val="28"/>
          <w:szCs w:val="28"/>
        </w:rPr>
        <w:t>Oddział</w:t>
      </w:r>
      <w:proofErr w:type="spellEnd"/>
    </w:p>
    <w:p w14:paraId="5BF32916" w14:textId="77777777" w:rsidR="000B14CA" w:rsidRPr="00B37CBD" w:rsidRDefault="000B14CA" w:rsidP="000B14CA">
      <w:pPr>
        <w:pBdr>
          <w:bottom w:val="double" w:sz="4" w:space="8" w:color="auto"/>
          <w:right w:val="double" w:sz="4" w:space="0" w:color="auto"/>
        </w:pBdr>
        <w:shd w:val="clear" w:color="auto" w:fill="FFFFFF"/>
        <w:jc w:val="center"/>
        <w:rPr>
          <w:rFonts w:ascii="Book Antiqua" w:hAnsi="Book Antiqua"/>
          <w:b/>
          <w:color w:val="008000"/>
          <w:sz w:val="29"/>
          <w:szCs w:val="26"/>
        </w:rPr>
      </w:pPr>
      <w:r w:rsidRPr="00C341F2">
        <w:rPr>
          <w:rFonts w:ascii="Book Antiqua" w:hAnsi="Book Antiqua"/>
          <w:b/>
          <w:color w:val="008000"/>
          <w:sz w:val="28"/>
          <w:szCs w:val="28"/>
        </w:rPr>
        <w:t>REGIONALNE CENTRUM EDUKACJI EKOLOGICZNEJ</w:t>
      </w:r>
    </w:p>
    <w:p w14:paraId="658106D8" w14:textId="7E8FBFFE" w:rsidR="00525291" w:rsidRPr="002E68B4" w:rsidRDefault="00525291" w:rsidP="003052F6">
      <w:pPr>
        <w:pBdr>
          <w:bottom w:val="double" w:sz="4" w:space="8" w:color="auto"/>
          <w:right w:val="double" w:sz="4" w:space="0" w:color="auto"/>
        </w:pBdr>
        <w:shd w:val="clear" w:color="auto" w:fill="FFFFFF"/>
        <w:rPr>
          <w:rFonts w:ascii="Book Antiqua" w:hAnsi="Book Antiqua"/>
          <w:szCs w:val="20"/>
        </w:rPr>
      </w:pPr>
      <w:r w:rsidRPr="00C341F2">
        <w:rPr>
          <w:rFonts w:ascii="Book Antiqua" w:hAnsi="Book Antiqua"/>
          <w:sz w:val="22"/>
        </w:rPr>
        <w:t xml:space="preserve">e-mail: </w:t>
      </w:r>
      <w:hyperlink r:id="rId7" w:history="1">
        <w:r w:rsidRPr="00C341F2">
          <w:rPr>
            <w:rStyle w:val="Hipercze"/>
            <w:rFonts w:ascii="Book Antiqua" w:hAnsi="Book Antiqua"/>
            <w:sz w:val="22"/>
          </w:rPr>
          <w:t>ekoluban@interia.pl</w:t>
        </w:r>
      </w:hyperlink>
      <w:r w:rsidRPr="00C341F2">
        <w:rPr>
          <w:rFonts w:ascii="Book Antiqua" w:hAnsi="Book Antiqua"/>
          <w:sz w:val="22"/>
        </w:rPr>
        <w:t xml:space="preserve">;       </w:t>
      </w:r>
      <w:hyperlink r:id="rId8" w:history="1">
        <w:r w:rsidRPr="00673636">
          <w:rPr>
            <w:rStyle w:val="Hipercze"/>
            <w:rFonts w:ascii="Book Antiqua" w:hAnsi="Book Antiqua"/>
            <w:sz w:val="22"/>
          </w:rPr>
          <w:t>www.rceeluban.pl</w:t>
        </w:r>
      </w:hyperlink>
      <w:r>
        <w:rPr>
          <w:rFonts w:ascii="Book Antiqua" w:hAnsi="Book Antiqua"/>
          <w:szCs w:val="20"/>
        </w:rPr>
        <w:t xml:space="preserve">;     </w:t>
      </w:r>
      <w:hyperlink r:id="rId9" w:history="1">
        <w:r w:rsidR="008949C2" w:rsidRPr="00AF740B">
          <w:rPr>
            <w:rStyle w:val="Hipercze"/>
            <w:rFonts w:ascii="Book Antiqua" w:hAnsi="Book Antiqua"/>
            <w:sz w:val="22"/>
          </w:rPr>
          <w:t>www.facebook.com/rcee.luban</w:t>
        </w:r>
      </w:hyperlink>
    </w:p>
    <w:p w14:paraId="3F6383B6" w14:textId="77777777" w:rsidR="00CD03A3" w:rsidRDefault="00CD03A3"/>
    <w:p w14:paraId="67C0B0A9" w14:textId="77777777" w:rsidR="00CD03A3" w:rsidRDefault="00000000">
      <w:pPr>
        <w:jc w:val="center"/>
      </w:pPr>
      <w:r>
        <w:rPr>
          <w:b/>
        </w:rPr>
        <w:t>PROTOKÓŁ JURY Z ROZSTRZYGNIĘCIA KONKURSU WIEDZY EKOLOGICZNEJ</w:t>
      </w:r>
    </w:p>
    <w:p w14:paraId="66463189" w14:textId="77777777" w:rsidR="00CD03A3" w:rsidRDefault="00000000">
      <w:pPr>
        <w:jc w:val="center"/>
      </w:pPr>
      <w:r>
        <w:rPr>
          <w:b/>
        </w:rPr>
        <w:t>pt. „</w:t>
      </w:r>
      <w:proofErr w:type="spellStart"/>
      <w:r>
        <w:rPr>
          <w:b/>
        </w:rPr>
        <w:t>Drugie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życie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odpadów</w:t>
      </w:r>
      <w:proofErr w:type="spellEnd"/>
      <w:r>
        <w:rPr>
          <w:b/>
        </w:rPr>
        <w:t>”</w:t>
      </w:r>
    </w:p>
    <w:p w14:paraId="2DE7556C" w14:textId="77777777" w:rsidR="00CD03A3" w:rsidRDefault="00000000">
      <w:pPr>
        <w:jc w:val="center"/>
      </w:pPr>
      <w:proofErr w:type="spellStart"/>
      <w:r>
        <w:t>sporządzony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13 </w:t>
      </w:r>
      <w:proofErr w:type="spellStart"/>
      <w:r>
        <w:t>października</w:t>
      </w:r>
      <w:proofErr w:type="spellEnd"/>
      <w:r>
        <w:t xml:space="preserve"> 2026 r. w </w:t>
      </w:r>
      <w:proofErr w:type="spellStart"/>
      <w:r>
        <w:t>Regionalnym</w:t>
      </w:r>
      <w:proofErr w:type="spellEnd"/>
      <w:r>
        <w:t xml:space="preserve"> Centrum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Ekologicznej</w:t>
      </w:r>
      <w:proofErr w:type="spellEnd"/>
      <w:r>
        <w:t xml:space="preserve"> w </w:t>
      </w:r>
      <w:proofErr w:type="spellStart"/>
      <w:r>
        <w:t>Lubaniu</w:t>
      </w:r>
      <w:proofErr w:type="spellEnd"/>
      <w:r>
        <w:t>.</w:t>
      </w:r>
    </w:p>
    <w:p w14:paraId="1EC4E55B" w14:textId="77777777" w:rsidR="00CD03A3" w:rsidRDefault="00CD03A3"/>
    <w:p w14:paraId="029F94BA" w14:textId="77777777" w:rsidR="00CD03A3" w:rsidRDefault="00000000">
      <w:proofErr w:type="spellStart"/>
      <w:r>
        <w:rPr>
          <w:b/>
        </w:rPr>
        <w:t>Komisja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konkursowa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składzie</w:t>
      </w:r>
      <w:proofErr w:type="spellEnd"/>
      <w:r>
        <w:rPr>
          <w:b/>
        </w:rPr>
        <w:t>:</w:t>
      </w:r>
    </w:p>
    <w:p w14:paraId="3F194DAE" w14:textId="77777777" w:rsidR="00CD03A3" w:rsidRDefault="00000000">
      <w:pPr>
        <w:pStyle w:val="Listanumerowana"/>
      </w:pPr>
      <w:r>
        <w:t xml:space="preserve">Malwina </w:t>
      </w:r>
      <w:proofErr w:type="spellStart"/>
      <w:r>
        <w:t>Niczyporuk</w:t>
      </w:r>
      <w:proofErr w:type="spellEnd"/>
      <w:r>
        <w:t xml:space="preserve"> – </w:t>
      </w:r>
      <w:proofErr w:type="spellStart"/>
      <w:r>
        <w:t>młodszy</w:t>
      </w:r>
      <w:proofErr w:type="spellEnd"/>
      <w:r>
        <w:t xml:space="preserve"> </w:t>
      </w:r>
      <w:proofErr w:type="spellStart"/>
      <w:r>
        <w:t>bibliotekarz</w:t>
      </w:r>
      <w:proofErr w:type="spellEnd"/>
      <w:r>
        <w:t xml:space="preserve"> </w:t>
      </w:r>
      <w:proofErr w:type="spellStart"/>
      <w:r>
        <w:t>Regionalnego</w:t>
      </w:r>
      <w:proofErr w:type="spellEnd"/>
      <w:r>
        <w:t xml:space="preserve"> Centrum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Ekologicznej</w:t>
      </w:r>
      <w:proofErr w:type="spellEnd"/>
      <w:r>
        <w:t xml:space="preserve"> </w:t>
      </w:r>
      <w:proofErr w:type="spellStart"/>
      <w:r>
        <w:t>Oddziału</w:t>
      </w:r>
      <w:proofErr w:type="spellEnd"/>
      <w:r>
        <w:t xml:space="preserve"> </w:t>
      </w:r>
      <w:proofErr w:type="spellStart"/>
      <w:r>
        <w:t>Miejskiej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Powiatowej</w:t>
      </w:r>
      <w:proofErr w:type="spellEnd"/>
      <w:r>
        <w:t xml:space="preserve"> </w:t>
      </w:r>
      <w:proofErr w:type="spellStart"/>
      <w:r>
        <w:t>Biblioteki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w </w:t>
      </w:r>
      <w:proofErr w:type="spellStart"/>
      <w:r>
        <w:t>Lubaniu</w:t>
      </w:r>
      <w:proofErr w:type="spellEnd"/>
      <w:r>
        <w:t>,</w:t>
      </w:r>
    </w:p>
    <w:p w14:paraId="48C5E933" w14:textId="77777777" w:rsidR="00CD03A3" w:rsidRDefault="00000000">
      <w:pPr>
        <w:pStyle w:val="Listanumerowana"/>
      </w:pPr>
      <w:r>
        <w:t xml:space="preserve">Marta Żak-Jankowska – </w:t>
      </w:r>
      <w:proofErr w:type="spellStart"/>
      <w:r>
        <w:t>młodszy</w:t>
      </w:r>
      <w:proofErr w:type="spellEnd"/>
      <w:r>
        <w:t xml:space="preserve"> </w:t>
      </w:r>
      <w:proofErr w:type="spellStart"/>
      <w:r>
        <w:t>bibliotekarz</w:t>
      </w:r>
      <w:proofErr w:type="spellEnd"/>
      <w:r>
        <w:t xml:space="preserve"> </w:t>
      </w:r>
      <w:proofErr w:type="spellStart"/>
      <w:r>
        <w:t>Regionalnego</w:t>
      </w:r>
      <w:proofErr w:type="spellEnd"/>
      <w:r>
        <w:t xml:space="preserve"> Centrum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Ekologicznej</w:t>
      </w:r>
      <w:proofErr w:type="spellEnd"/>
      <w:r>
        <w:t xml:space="preserve"> </w:t>
      </w:r>
      <w:proofErr w:type="spellStart"/>
      <w:r>
        <w:t>Oddziału</w:t>
      </w:r>
      <w:proofErr w:type="spellEnd"/>
      <w:r>
        <w:t xml:space="preserve"> </w:t>
      </w:r>
      <w:proofErr w:type="spellStart"/>
      <w:r>
        <w:t>Miejskiej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Powiatowej</w:t>
      </w:r>
      <w:proofErr w:type="spellEnd"/>
      <w:r>
        <w:t xml:space="preserve"> </w:t>
      </w:r>
      <w:proofErr w:type="spellStart"/>
      <w:r>
        <w:t>Biblioteki</w:t>
      </w:r>
      <w:proofErr w:type="spellEnd"/>
      <w:r>
        <w:t xml:space="preserve"> </w:t>
      </w:r>
      <w:proofErr w:type="spellStart"/>
      <w:r>
        <w:t>Publicznej</w:t>
      </w:r>
      <w:proofErr w:type="spellEnd"/>
      <w:r>
        <w:t xml:space="preserve"> w </w:t>
      </w:r>
      <w:proofErr w:type="spellStart"/>
      <w:r>
        <w:t>Lubaniu</w:t>
      </w:r>
      <w:proofErr w:type="spellEnd"/>
      <w:r>
        <w:t>,</w:t>
      </w:r>
    </w:p>
    <w:p w14:paraId="4D72D918" w14:textId="638A68F7" w:rsidR="00E578D8" w:rsidRPr="00A24C2B" w:rsidRDefault="00D531D6" w:rsidP="00E578D8">
      <w:pPr>
        <w:jc w:val="both"/>
        <w:rPr>
          <w:rFonts w:ascii="Book Antiqua" w:hAnsi="Book Antiqua"/>
          <w:i/>
        </w:rPr>
      </w:pPr>
      <w:proofErr w:type="spellStart"/>
      <w:r>
        <w:rPr>
          <w:rFonts w:ascii="Book Antiqua" w:hAnsi="Book Antiqua"/>
          <w:i/>
        </w:rPr>
        <w:t>Komosja</w:t>
      </w:r>
      <w:proofErr w:type="spellEnd"/>
      <w:r>
        <w:rPr>
          <w:rFonts w:ascii="Book Antiqua" w:hAnsi="Book Antiqua"/>
          <w:i/>
        </w:rPr>
        <w:t xml:space="preserve"> </w:t>
      </w:r>
      <w:proofErr w:type="spellStart"/>
      <w:r w:rsidR="00E578D8" w:rsidRPr="00A24C2B">
        <w:rPr>
          <w:rFonts w:ascii="Book Antiqua" w:hAnsi="Book Antiqua"/>
          <w:i/>
        </w:rPr>
        <w:t>stwierdza</w:t>
      </w:r>
      <w:proofErr w:type="spellEnd"/>
      <w:r w:rsidR="00E578D8" w:rsidRPr="00A24C2B">
        <w:rPr>
          <w:rFonts w:ascii="Book Antiqua" w:hAnsi="Book Antiqua"/>
          <w:i/>
        </w:rPr>
        <w:t xml:space="preserve">, co </w:t>
      </w:r>
      <w:proofErr w:type="spellStart"/>
      <w:r w:rsidR="00E578D8" w:rsidRPr="00A24C2B">
        <w:rPr>
          <w:rFonts w:ascii="Book Antiqua" w:hAnsi="Book Antiqua"/>
          <w:i/>
        </w:rPr>
        <w:t>następuje</w:t>
      </w:r>
      <w:proofErr w:type="spellEnd"/>
      <w:r w:rsidR="00E578D8" w:rsidRPr="00A24C2B">
        <w:rPr>
          <w:rFonts w:ascii="Book Antiqua" w:hAnsi="Book Antiqua"/>
          <w:i/>
        </w:rPr>
        <w:t>:</w:t>
      </w:r>
    </w:p>
    <w:p w14:paraId="58F13B35" w14:textId="378B63C0" w:rsidR="009D664D" w:rsidRPr="009D664D" w:rsidRDefault="00CA7D85" w:rsidP="009D664D">
      <w:pPr>
        <w:jc w:val="both"/>
        <w:rPr>
          <w:rFonts w:ascii="Book Antiqua" w:hAnsi="Book Antiqua"/>
          <w:lang w:val="pl-PL"/>
        </w:rPr>
      </w:pPr>
      <w:r>
        <w:rPr>
          <w:rFonts w:ascii="Book Antiqua" w:hAnsi="Book Antiqua"/>
        </w:rPr>
        <w:t>1.</w:t>
      </w:r>
      <w:r w:rsidR="00E578D8" w:rsidRPr="00D0663D">
        <w:rPr>
          <w:rFonts w:ascii="Book Antiqua" w:hAnsi="Book Antiqua"/>
          <w:b/>
          <w:bCs/>
        </w:rPr>
        <w:t xml:space="preserve"> </w:t>
      </w:r>
      <w:r w:rsidR="00E578D8">
        <w:rPr>
          <w:rFonts w:ascii="Book Antiqua" w:hAnsi="Book Antiqua"/>
        </w:rPr>
        <w:t xml:space="preserve">Do </w:t>
      </w:r>
      <w:proofErr w:type="spellStart"/>
      <w:r w:rsidR="00E578D8">
        <w:rPr>
          <w:rFonts w:ascii="Book Antiqua" w:hAnsi="Book Antiqua"/>
        </w:rPr>
        <w:t>konkursu</w:t>
      </w:r>
      <w:proofErr w:type="spellEnd"/>
      <w:r w:rsidR="00E578D8">
        <w:rPr>
          <w:rFonts w:ascii="Book Antiqua" w:hAnsi="Book Antiqua"/>
        </w:rPr>
        <w:t xml:space="preserve"> </w:t>
      </w:r>
      <w:proofErr w:type="spellStart"/>
      <w:r w:rsidR="00E578D8">
        <w:rPr>
          <w:rFonts w:ascii="Book Antiqua" w:hAnsi="Book Antiqua"/>
        </w:rPr>
        <w:t>zgłosiło</w:t>
      </w:r>
      <w:proofErr w:type="spellEnd"/>
      <w:r w:rsidR="00E578D8" w:rsidRPr="00D0663D">
        <w:rPr>
          <w:rFonts w:ascii="Book Antiqua" w:hAnsi="Book Antiqua"/>
        </w:rPr>
        <w:t xml:space="preserve"> </w:t>
      </w:r>
      <w:proofErr w:type="spellStart"/>
      <w:proofErr w:type="gramStart"/>
      <w:r w:rsidR="00E578D8" w:rsidRPr="00D0663D">
        <w:rPr>
          <w:rFonts w:ascii="Book Antiqua" w:hAnsi="Book Antiqua"/>
        </w:rPr>
        <w:t>się</w:t>
      </w:r>
      <w:proofErr w:type="spellEnd"/>
      <w:r w:rsidR="00E578D8" w:rsidRPr="00D0663D">
        <w:rPr>
          <w:rFonts w:ascii="Book Antiqua" w:hAnsi="Book Antiqua"/>
        </w:rPr>
        <w:t xml:space="preserve"> </w:t>
      </w:r>
      <w:r w:rsidR="009D664D" w:rsidRPr="009D664D">
        <w:rPr>
          <w:rFonts w:ascii="Book Antiqua" w:hAnsi="Book Antiqua"/>
          <w:lang w:val="pl-PL"/>
        </w:rPr>
        <w:t xml:space="preserve"> 28</w:t>
      </w:r>
      <w:proofErr w:type="gramEnd"/>
      <w:r w:rsidR="009D664D" w:rsidRPr="009D664D">
        <w:rPr>
          <w:rFonts w:ascii="Book Antiqua" w:hAnsi="Book Antiqua"/>
          <w:lang w:val="pl-PL"/>
        </w:rPr>
        <w:t xml:space="preserve"> drużyn z 8 placówek, w podziale na trzy kategorie:</w:t>
      </w:r>
    </w:p>
    <w:p w14:paraId="39793779" w14:textId="77777777" w:rsidR="009D664D" w:rsidRPr="009D664D" w:rsidRDefault="009D664D" w:rsidP="009D664D">
      <w:pPr>
        <w:numPr>
          <w:ilvl w:val="0"/>
          <w:numId w:val="13"/>
        </w:numPr>
        <w:jc w:val="both"/>
        <w:rPr>
          <w:rFonts w:ascii="Book Antiqua" w:hAnsi="Book Antiqua"/>
          <w:lang w:val="pl-PL"/>
        </w:rPr>
      </w:pPr>
      <w:r w:rsidRPr="009D664D">
        <w:rPr>
          <w:rFonts w:ascii="Book Antiqua" w:hAnsi="Book Antiqua"/>
          <w:lang w:val="pl-PL"/>
        </w:rPr>
        <w:t>Kategoria I – klasy I–III: 11 drużyn.</w:t>
      </w:r>
    </w:p>
    <w:p w14:paraId="7A51E0EA" w14:textId="77777777" w:rsidR="009D664D" w:rsidRPr="009D664D" w:rsidRDefault="009D664D" w:rsidP="009D664D">
      <w:pPr>
        <w:numPr>
          <w:ilvl w:val="0"/>
          <w:numId w:val="13"/>
        </w:numPr>
        <w:jc w:val="both"/>
        <w:rPr>
          <w:rFonts w:ascii="Book Antiqua" w:hAnsi="Book Antiqua"/>
          <w:lang w:val="pl-PL"/>
        </w:rPr>
      </w:pPr>
      <w:r w:rsidRPr="009D664D">
        <w:rPr>
          <w:rFonts w:ascii="Book Antiqua" w:hAnsi="Book Antiqua"/>
          <w:lang w:val="pl-PL"/>
        </w:rPr>
        <w:t>Kategoria II – klasy IV–VI: 9 drużyn.</w:t>
      </w:r>
    </w:p>
    <w:p w14:paraId="322E678C" w14:textId="77777777" w:rsidR="009D664D" w:rsidRPr="009D664D" w:rsidRDefault="009D664D" w:rsidP="009D664D">
      <w:pPr>
        <w:numPr>
          <w:ilvl w:val="0"/>
          <w:numId w:val="13"/>
        </w:numPr>
        <w:jc w:val="both"/>
        <w:rPr>
          <w:rFonts w:ascii="Book Antiqua" w:hAnsi="Book Antiqua"/>
          <w:lang w:val="pl-PL"/>
        </w:rPr>
      </w:pPr>
      <w:r w:rsidRPr="009D664D">
        <w:rPr>
          <w:rFonts w:ascii="Book Antiqua" w:hAnsi="Book Antiqua"/>
          <w:lang w:val="pl-PL"/>
        </w:rPr>
        <w:t>Kategoria III – klasy VII–VIII i szkoły ponadpodstawowe: 8 drużyn.</w:t>
      </w:r>
    </w:p>
    <w:p w14:paraId="16B4F533" w14:textId="77777777" w:rsidR="002360E5" w:rsidRDefault="002360E5" w:rsidP="009D664D">
      <w:pPr>
        <w:jc w:val="both"/>
        <w:rPr>
          <w:rFonts w:ascii="Book Antiqua" w:hAnsi="Book Antiqua"/>
        </w:rPr>
      </w:pPr>
    </w:p>
    <w:p w14:paraId="6276AEC4" w14:textId="7690FE9D" w:rsidR="00D03378" w:rsidRPr="0090249D" w:rsidRDefault="00E578D8" w:rsidP="0090249D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 w:rsidRPr="0090249D">
        <w:rPr>
          <w:rFonts w:ascii="Book Antiqua" w:hAnsi="Book Antiqua"/>
        </w:rPr>
        <w:t>Szkoła</w:t>
      </w:r>
      <w:proofErr w:type="spellEnd"/>
      <w:r w:rsidRPr="0090249D">
        <w:rPr>
          <w:rFonts w:ascii="Book Antiqua" w:hAnsi="Book Antiqua"/>
        </w:rPr>
        <w:t xml:space="preserve"> </w:t>
      </w:r>
      <w:proofErr w:type="spellStart"/>
      <w:r w:rsidRPr="0090249D">
        <w:rPr>
          <w:rFonts w:ascii="Book Antiqua" w:hAnsi="Book Antiqua"/>
        </w:rPr>
        <w:t>Podstawowa</w:t>
      </w:r>
      <w:proofErr w:type="spellEnd"/>
      <w:r w:rsidRPr="0090249D">
        <w:rPr>
          <w:rFonts w:ascii="Book Antiqua" w:hAnsi="Book Antiqua"/>
        </w:rPr>
        <w:t xml:space="preserve"> nr 2 w </w:t>
      </w:r>
      <w:proofErr w:type="spellStart"/>
      <w:r w:rsidRPr="0090249D">
        <w:rPr>
          <w:rFonts w:ascii="Book Antiqua" w:hAnsi="Book Antiqua"/>
        </w:rPr>
        <w:t>Lubaniu</w:t>
      </w:r>
      <w:proofErr w:type="spellEnd"/>
      <w:r w:rsidR="003404B8">
        <w:rPr>
          <w:rFonts w:ascii="Book Antiqua" w:hAnsi="Book Antiqua"/>
        </w:rPr>
        <w:t>,</w:t>
      </w:r>
    </w:p>
    <w:p w14:paraId="21DE116F" w14:textId="3384C632" w:rsidR="0090249D" w:rsidRDefault="0090249D" w:rsidP="0090249D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Szkoła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Podstawowa</w:t>
      </w:r>
      <w:proofErr w:type="spellEnd"/>
      <w:r>
        <w:rPr>
          <w:rFonts w:ascii="Book Antiqua" w:hAnsi="Book Antiqua"/>
        </w:rPr>
        <w:t xml:space="preserve"> nr 1 w </w:t>
      </w:r>
      <w:proofErr w:type="spellStart"/>
      <w:r>
        <w:rPr>
          <w:rFonts w:ascii="Book Antiqua" w:hAnsi="Book Antiqua"/>
        </w:rPr>
        <w:t>Lubaniu</w:t>
      </w:r>
      <w:proofErr w:type="spellEnd"/>
      <w:r w:rsidR="003404B8">
        <w:rPr>
          <w:rFonts w:ascii="Book Antiqua" w:hAnsi="Book Antiqua"/>
        </w:rPr>
        <w:t>,</w:t>
      </w:r>
    </w:p>
    <w:p w14:paraId="284AB8EB" w14:textId="31BCF8A0" w:rsidR="003404B8" w:rsidRDefault="003404B8" w:rsidP="003404B8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 w:rsidRPr="003404B8">
        <w:rPr>
          <w:rFonts w:ascii="Book Antiqua" w:hAnsi="Book Antiqua"/>
        </w:rPr>
        <w:t>Szkoła</w:t>
      </w:r>
      <w:proofErr w:type="spellEnd"/>
      <w:r w:rsidRPr="003404B8">
        <w:rPr>
          <w:rFonts w:ascii="Book Antiqua" w:hAnsi="Book Antiqua"/>
        </w:rPr>
        <w:t xml:space="preserve"> </w:t>
      </w:r>
      <w:proofErr w:type="spellStart"/>
      <w:r w:rsidRPr="003404B8">
        <w:rPr>
          <w:rFonts w:ascii="Book Antiqua" w:hAnsi="Book Antiqua"/>
        </w:rPr>
        <w:t>Podstawowa</w:t>
      </w:r>
      <w:proofErr w:type="spellEnd"/>
      <w:r w:rsidRPr="003404B8">
        <w:rPr>
          <w:rFonts w:ascii="Book Antiqua" w:hAnsi="Book Antiqua"/>
        </w:rPr>
        <w:t xml:space="preserve"> w </w:t>
      </w:r>
      <w:proofErr w:type="spellStart"/>
      <w:r w:rsidRPr="003404B8">
        <w:rPr>
          <w:rFonts w:ascii="Book Antiqua" w:hAnsi="Book Antiqua"/>
        </w:rPr>
        <w:t>Zarębie</w:t>
      </w:r>
      <w:proofErr w:type="spellEnd"/>
      <w:r w:rsidRPr="003404B8">
        <w:rPr>
          <w:rFonts w:ascii="Book Antiqua" w:hAnsi="Book Antiqua"/>
        </w:rPr>
        <w:t>,</w:t>
      </w:r>
    </w:p>
    <w:p w14:paraId="34FB1330" w14:textId="4B1F5E2C" w:rsidR="00B543F6" w:rsidRDefault="00966D5B" w:rsidP="003404B8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Szkoła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Podstawowa</w:t>
      </w:r>
      <w:proofErr w:type="spellEnd"/>
      <w:r>
        <w:rPr>
          <w:rFonts w:ascii="Book Antiqua" w:hAnsi="Book Antiqua"/>
        </w:rPr>
        <w:t xml:space="preserve"> nr 3 w </w:t>
      </w:r>
      <w:proofErr w:type="spellStart"/>
      <w:r>
        <w:rPr>
          <w:rFonts w:ascii="Book Antiqua" w:hAnsi="Book Antiqua"/>
        </w:rPr>
        <w:t>Olszynie</w:t>
      </w:r>
      <w:proofErr w:type="spellEnd"/>
      <w:r>
        <w:rPr>
          <w:rFonts w:ascii="Book Antiqua" w:hAnsi="Book Antiqua"/>
        </w:rPr>
        <w:t>,</w:t>
      </w:r>
    </w:p>
    <w:p w14:paraId="19685292" w14:textId="106B0194" w:rsidR="00966D5B" w:rsidRDefault="006D10C5" w:rsidP="003404B8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Szkoła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Podstawowa</w:t>
      </w:r>
      <w:proofErr w:type="spellEnd"/>
      <w:r>
        <w:rPr>
          <w:rFonts w:ascii="Book Antiqua" w:hAnsi="Book Antiqua"/>
        </w:rPr>
        <w:t xml:space="preserve"> nr 4 w </w:t>
      </w:r>
      <w:proofErr w:type="spellStart"/>
      <w:r>
        <w:rPr>
          <w:rFonts w:ascii="Book Antiqua" w:hAnsi="Book Antiqua"/>
        </w:rPr>
        <w:t>Lubaniu</w:t>
      </w:r>
      <w:proofErr w:type="spellEnd"/>
      <w:r>
        <w:rPr>
          <w:rFonts w:ascii="Book Antiqua" w:hAnsi="Book Antiqua"/>
        </w:rPr>
        <w:t>,</w:t>
      </w:r>
    </w:p>
    <w:p w14:paraId="1E97BCB7" w14:textId="5CBF3A25" w:rsidR="0028436A" w:rsidRDefault="0028436A" w:rsidP="0028436A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 w:rsidRPr="003404B8">
        <w:rPr>
          <w:rFonts w:ascii="Book Antiqua" w:hAnsi="Book Antiqua"/>
        </w:rPr>
        <w:t>Szkoła</w:t>
      </w:r>
      <w:proofErr w:type="spellEnd"/>
      <w:r w:rsidRPr="003404B8">
        <w:rPr>
          <w:rFonts w:ascii="Book Antiqua" w:hAnsi="Book Antiqua"/>
        </w:rPr>
        <w:t xml:space="preserve"> </w:t>
      </w:r>
      <w:proofErr w:type="spellStart"/>
      <w:r w:rsidRPr="003404B8">
        <w:rPr>
          <w:rFonts w:ascii="Book Antiqua" w:hAnsi="Book Antiqua"/>
        </w:rPr>
        <w:t>Podstawowa</w:t>
      </w:r>
      <w:proofErr w:type="spellEnd"/>
      <w:r w:rsidRPr="003404B8">
        <w:rPr>
          <w:rFonts w:ascii="Book Antiqua" w:hAnsi="Book Antiqua"/>
        </w:rPr>
        <w:t xml:space="preserve"> w </w:t>
      </w:r>
      <w:proofErr w:type="spellStart"/>
      <w:r>
        <w:rPr>
          <w:rFonts w:ascii="Book Antiqua" w:hAnsi="Book Antiqua"/>
        </w:rPr>
        <w:t>Smolniku</w:t>
      </w:r>
      <w:proofErr w:type="spellEnd"/>
      <w:r w:rsidRPr="003404B8">
        <w:rPr>
          <w:rFonts w:ascii="Book Antiqua" w:hAnsi="Book Antiqua"/>
        </w:rPr>
        <w:t>,</w:t>
      </w:r>
    </w:p>
    <w:p w14:paraId="4A8358AE" w14:textId="59709502" w:rsidR="006D10C5" w:rsidRDefault="00E15E03" w:rsidP="003404B8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Zespół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Szkół</w:t>
      </w:r>
      <w:proofErr w:type="spellEnd"/>
      <w:r>
        <w:rPr>
          <w:rFonts w:ascii="Book Antiqua" w:hAnsi="Book Antiqua"/>
        </w:rPr>
        <w:t xml:space="preserve"> </w:t>
      </w:r>
      <w:proofErr w:type="spellStart"/>
      <w:r w:rsidR="005A7377">
        <w:rPr>
          <w:rFonts w:ascii="Book Antiqua" w:hAnsi="Book Antiqua"/>
        </w:rPr>
        <w:t>Zawodowych</w:t>
      </w:r>
      <w:proofErr w:type="spellEnd"/>
      <w:r w:rsidR="005A7377">
        <w:rPr>
          <w:rFonts w:ascii="Book Antiqua" w:hAnsi="Book Antiqua"/>
        </w:rPr>
        <w:t xml:space="preserve"> I </w:t>
      </w:r>
      <w:proofErr w:type="spellStart"/>
      <w:r w:rsidR="005A7377">
        <w:rPr>
          <w:rFonts w:ascii="Book Antiqua" w:hAnsi="Book Antiqua"/>
        </w:rPr>
        <w:t>Ogólnokształcących</w:t>
      </w:r>
      <w:proofErr w:type="spellEnd"/>
      <w:r w:rsidR="005A7377">
        <w:rPr>
          <w:rFonts w:ascii="Book Antiqua" w:hAnsi="Book Antiqua"/>
        </w:rPr>
        <w:t xml:space="preserve"> </w:t>
      </w:r>
      <w:proofErr w:type="spellStart"/>
      <w:r w:rsidR="005A7377">
        <w:rPr>
          <w:rFonts w:ascii="Book Antiqua" w:hAnsi="Book Antiqua"/>
        </w:rPr>
        <w:t>im</w:t>
      </w:r>
      <w:proofErr w:type="spellEnd"/>
      <w:r w:rsidR="005A7377">
        <w:rPr>
          <w:rFonts w:ascii="Book Antiqua" w:hAnsi="Book Antiqua"/>
        </w:rPr>
        <w:t xml:space="preserve">. KZL. W </w:t>
      </w:r>
      <w:proofErr w:type="spellStart"/>
      <w:r w:rsidR="005A7377">
        <w:rPr>
          <w:rFonts w:ascii="Book Antiqua" w:hAnsi="Book Antiqua"/>
        </w:rPr>
        <w:t>Lubaniu</w:t>
      </w:r>
      <w:proofErr w:type="spellEnd"/>
      <w:r w:rsidR="0094087D">
        <w:rPr>
          <w:rFonts w:ascii="Book Antiqua" w:hAnsi="Book Antiqua"/>
        </w:rPr>
        <w:t>,</w:t>
      </w:r>
    </w:p>
    <w:p w14:paraId="68FB48EB" w14:textId="0BF455FA" w:rsidR="0094087D" w:rsidRDefault="003503E6" w:rsidP="003404B8">
      <w:pPr>
        <w:pStyle w:val="Akapitzlist"/>
        <w:numPr>
          <w:ilvl w:val="0"/>
          <w:numId w:val="14"/>
        </w:numPr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Zespół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Szkolno-Przedszkolny</w:t>
      </w:r>
      <w:proofErr w:type="spellEnd"/>
      <w:r>
        <w:rPr>
          <w:rFonts w:ascii="Book Antiqua" w:hAnsi="Book Antiqua"/>
        </w:rPr>
        <w:t xml:space="preserve"> w </w:t>
      </w:r>
      <w:proofErr w:type="spellStart"/>
      <w:r>
        <w:rPr>
          <w:rFonts w:ascii="Book Antiqua" w:hAnsi="Book Antiqua"/>
        </w:rPr>
        <w:t>Kościelniku</w:t>
      </w:r>
      <w:proofErr w:type="spellEnd"/>
    </w:p>
    <w:p w14:paraId="25CA8923" w14:textId="1E31512E" w:rsidR="00E578D8" w:rsidRPr="00331FFE" w:rsidRDefault="00CA7D85" w:rsidP="00695792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2</w:t>
      </w:r>
      <w:r w:rsidR="00E578D8" w:rsidRPr="00331FFE">
        <w:rPr>
          <w:rFonts w:ascii="Book Antiqua" w:hAnsi="Book Antiqua"/>
          <w:b/>
          <w:bCs/>
        </w:rPr>
        <w:t>.</w:t>
      </w:r>
      <w:r w:rsidR="00E578D8" w:rsidRPr="00331FFE">
        <w:rPr>
          <w:rFonts w:ascii="Book Antiqua" w:hAnsi="Book Antiqua"/>
        </w:rPr>
        <w:t xml:space="preserve"> </w:t>
      </w:r>
      <w:proofErr w:type="spellStart"/>
      <w:r w:rsidR="00E578D8" w:rsidRPr="00331FFE">
        <w:rPr>
          <w:rFonts w:ascii="Book Antiqua" w:hAnsi="Book Antiqua"/>
        </w:rPr>
        <w:t>Konkurs</w:t>
      </w:r>
      <w:proofErr w:type="spellEnd"/>
      <w:r w:rsidR="00E578D8" w:rsidRPr="00331FFE">
        <w:rPr>
          <w:rFonts w:ascii="Book Antiqua" w:hAnsi="Book Antiqua"/>
        </w:rPr>
        <w:t xml:space="preserve"> </w:t>
      </w:r>
      <w:proofErr w:type="spellStart"/>
      <w:r w:rsidR="00E578D8" w:rsidRPr="00331FFE">
        <w:rPr>
          <w:rFonts w:ascii="Book Antiqua" w:hAnsi="Book Antiqua"/>
        </w:rPr>
        <w:t>przebiegał</w:t>
      </w:r>
      <w:proofErr w:type="spellEnd"/>
      <w:r w:rsidR="00E578D8" w:rsidRPr="00331FFE">
        <w:rPr>
          <w:rFonts w:ascii="Book Antiqua" w:hAnsi="Book Antiqua"/>
        </w:rPr>
        <w:t xml:space="preserve"> </w:t>
      </w:r>
      <w:proofErr w:type="spellStart"/>
      <w:r w:rsidR="00E578D8" w:rsidRPr="00331FFE">
        <w:rPr>
          <w:rFonts w:ascii="Book Antiqua" w:hAnsi="Book Antiqua"/>
        </w:rPr>
        <w:t>według</w:t>
      </w:r>
      <w:proofErr w:type="spellEnd"/>
      <w:r w:rsidR="00E578D8" w:rsidRPr="00331FFE">
        <w:rPr>
          <w:rFonts w:ascii="Book Antiqua" w:hAnsi="Book Antiqua"/>
        </w:rPr>
        <w:t xml:space="preserve"> </w:t>
      </w:r>
      <w:proofErr w:type="spellStart"/>
      <w:r w:rsidR="00E578D8" w:rsidRPr="00331FFE">
        <w:rPr>
          <w:rFonts w:ascii="Book Antiqua" w:hAnsi="Book Antiqua"/>
        </w:rPr>
        <w:t>następującego</w:t>
      </w:r>
      <w:proofErr w:type="spellEnd"/>
      <w:r w:rsidR="00E578D8" w:rsidRPr="00331FFE">
        <w:rPr>
          <w:rFonts w:ascii="Book Antiqua" w:hAnsi="Book Antiqua"/>
        </w:rPr>
        <w:t xml:space="preserve"> </w:t>
      </w:r>
      <w:proofErr w:type="spellStart"/>
      <w:r w:rsidR="00E578D8" w:rsidRPr="00331FFE">
        <w:rPr>
          <w:rFonts w:ascii="Book Antiqua" w:hAnsi="Book Antiqua"/>
        </w:rPr>
        <w:t>programu</w:t>
      </w:r>
      <w:proofErr w:type="spellEnd"/>
      <w:r w:rsidR="00E578D8" w:rsidRPr="00331FFE">
        <w:rPr>
          <w:rFonts w:ascii="Book Antiqua" w:hAnsi="Book Antiqua"/>
        </w:rPr>
        <w:t>:</w:t>
      </w:r>
    </w:p>
    <w:p w14:paraId="65FBCE7E" w14:textId="77777777" w:rsidR="00E578D8" w:rsidRPr="00331FFE" w:rsidRDefault="00E578D8" w:rsidP="00E578D8">
      <w:pPr>
        <w:numPr>
          <w:ilvl w:val="0"/>
          <w:numId w:val="12"/>
        </w:numPr>
        <w:spacing w:after="0" w:line="240" w:lineRule="auto"/>
        <w:jc w:val="both"/>
        <w:rPr>
          <w:rFonts w:ascii="Book Antiqua" w:hAnsi="Book Antiqua"/>
        </w:rPr>
      </w:pPr>
      <w:proofErr w:type="spellStart"/>
      <w:r w:rsidRPr="00331FFE">
        <w:rPr>
          <w:rFonts w:ascii="Book Antiqua" w:hAnsi="Book Antiqua"/>
        </w:rPr>
        <w:t>Potwierdzenie</w:t>
      </w:r>
      <w:proofErr w:type="spellEnd"/>
      <w:r w:rsidRPr="00331FFE">
        <w:rPr>
          <w:rFonts w:ascii="Book Antiqua" w:hAnsi="Book Antiqua"/>
        </w:rPr>
        <w:t xml:space="preserve"> </w:t>
      </w:r>
      <w:proofErr w:type="spellStart"/>
      <w:r w:rsidRPr="00331FFE">
        <w:rPr>
          <w:rFonts w:ascii="Book Antiqua" w:hAnsi="Book Antiqua"/>
        </w:rPr>
        <w:t>listy</w:t>
      </w:r>
      <w:proofErr w:type="spellEnd"/>
      <w:r w:rsidRPr="00331FFE">
        <w:rPr>
          <w:rFonts w:ascii="Book Antiqua" w:hAnsi="Book Antiqua"/>
        </w:rPr>
        <w:t xml:space="preserve"> </w:t>
      </w:r>
      <w:proofErr w:type="spellStart"/>
      <w:r w:rsidRPr="00331FFE">
        <w:rPr>
          <w:rFonts w:ascii="Book Antiqua" w:hAnsi="Book Antiqua"/>
        </w:rPr>
        <w:t>obecności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uczestników</w:t>
      </w:r>
      <w:proofErr w:type="spellEnd"/>
      <w:r>
        <w:rPr>
          <w:rFonts w:ascii="Book Antiqua" w:hAnsi="Book Antiqua"/>
        </w:rPr>
        <w:t>,</w:t>
      </w:r>
    </w:p>
    <w:p w14:paraId="082D9C42" w14:textId="77777777" w:rsidR="00E578D8" w:rsidRPr="00FD6F9E" w:rsidRDefault="00E578D8" w:rsidP="00E578D8">
      <w:pPr>
        <w:numPr>
          <w:ilvl w:val="0"/>
          <w:numId w:val="12"/>
        </w:numPr>
        <w:spacing w:after="0" w:line="240" w:lineRule="auto"/>
        <w:jc w:val="both"/>
        <w:rPr>
          <w:rFonts w:ascii="Book Antiqua" w:hAnsi="Book Antiqua"/>
        </w:rPr>
      </w:pPr>
      <w:proofErr w:type="spellStart"/>
      <w:r w:rsidRPr="00331FFE">
        <w:rPr>
          <w:rFonts w:ascii="Book Antiqua" w:hAnsi="Book Antiqua"/>
        </w:rPr>
        <w:t>Wykonywanie</w:t>
      </w:r>
      <w:proofErr w:type="spellEnd"/>
      <w:r w:rsidRPr="00331FFE">
        <w:rPr>
          <w:rFonts w:ascii="Book Antiqua" w:hAnsi="Book Antiqua"/>
        </w:rPr>
        <w:t xml:space="preserve"> </w:t>
      </w:r>
      <w:proofErr w:type="spellStart"/>
      <w:r w:rsidRPr="00331FFE">
        <w:rPr>
          <w:rFonts w:ascii="Book Antiqua" w:hAnsi="Book Antiqua"/>
        </w:rPr>
        <w:t>zadań</w:t>
      </w:r>
      <w:proofErr w:type="spellEnd"/>
      <w:r w:rsidRPr="00331FFE">
        <w:rPr>
          <w:rFonts w:ascii="Book Antiqua" w:hAnsi="Book Antiqua"/>
        </w:rPr>
        <w:t xml:space="preserve"> </w:t>
      </w:r>
      <w:proofErr w:type="spellStart"/>
      <w:r w:rsidRPr="00331FFE">
        <w:rPr>
          <w:rFonts w:ascii="Book Antiqua" w:hAnsi="Book Antiqua"/>
        </w:rPr>
        <w:t>konkursowych</w:t>
      </w:r>
      <w:proofErr w:type="spellEnd"/>
      <w:r>
        <w:rPr>
          <w:rFonts w:ascii="Book Antiqua" w:hAnsi="Book Antiqua"/>
        </w:rPr>
        <w:t>,</w:t>
      </w:r>
    </w:p>
    <w:p w14:paraId="58D03357" w14:textId="77777777" w:rsidR="00E578D8" w:rsidRDefault="00E578D8" w:rsidP="00E578D8">
      <w:pPr>
        <w:numPr>
          <w:ilvl w:val="0"/>
          <w:numId w:val="12"/>
        </w:numPr>
        <w:spacing w:after="0" w:line="240" w:lineRule="auto"/>
        <w:jc w:val="both"/>
        <w:rPr>
          <w:rFonts w:ascii="Book Antiqua" w:hAnsi="Book Antiqua"/>
        </w:rPr>
      </w:pPr>
      <w:proofErr w:type="spellStart"/>
      <w:r w:rsidRPr="00331FFE">
        <w:rPr>
          <w:rFonts w:ascii="Book Antiqua" w:hAnsi="Book Antiqua"/>
        </w:rPr>
        <w:t>Zakończenie</w:t>
      </w:r>
      <w:proofErr w:type="spellEnd"/>
      <w:r w:rsidRPr="00331FFE">
        <w:rPr>
          <w:rFonts w:ascii="Book Antiqua" w:hAnsi="Book Antiqua"/>
        </w:rPr>
        <w:t xml:space="preserve"> </w:t>
      </w:r>
      <w:proofErr w:type="spellStart"/>
      <w:r w:rsidRPr="00331FFE">
        <w:rPr>
          <w:rFonts w:ascii="Book Antiqua" w:hAnsi="Book Antiqua"/>
        </w:rPr>
        <w:t>konkursu</w:t>
      </w:r>
      <w:proofErr w:type="spellEnd"/>
      <w:r>
        <w:rPr>
          <w:rFonts w:ascii="Book Antiqua" w:hAnsi="Book Antiqua"/>
        </w:rPr>
        <w:t>.</w:t>
      </w:r>
    </w:p>
    <w:p w14:paraId="73ACAAE4" w14:textId="77777777" w:rsidR="00695792" w:rsidRPr="00331FFE" w:rsidRDefault="00695792" w:rsidP="00695792">
      <w:pPr>
        <w:spacing w:after="0" w:line="240" w:lineRule="auto"/>
        <w:ind w:left="720"/>
        <w:jc w:val="both"/>
        <w:rPr>
          <w:rFonts w:ascii="Book Antiqua" w:hAnsi="Book Antiqua"/>
        </w:rPr>
      </w:pPr>
    </w:p>
    <w:p w14:paraId="13C09DCA" w14:textId="197CAB48" w:rsidR="00CD03A3" w:rsidRDefault="00AF7C72">
      <w:r>
        <w:t xml:space="preserve">3.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ekologicznej</w:t>
      </w:r>
      <w:proofErr w:type="spellEnd"/>
      <w:r>
        <w:t xml:space="preserve"> „</w:t>
      </w:r>
      <w:proofErr w:type="spellStart"/>
      <w:r>
        <w:t>Drugie</w:t>
      </w:r>
      <w:proofErr w:type="spellEnd"/>
      <w:r>
        <w:t xml:space="preserve"> </w:t>
      </w:r>
      <w:proofErr w:type="spellStart"/>
      <w:r>
        <w:t>życie</w:t>
      </w:r>
      <w:proofErr w:type="spellEnd"/>
      <w:r>
        <w:t xml:space="preserve"> </w:t>
      </w:r>
      <w:proofErr w:type="spellStart"/>
      <w:r>
        <w:t>odpadów</w:t>
      </w:r>
      <w:proofErr w:type="spellEnd"/>
      <w:r>
        <w:t xml:space="preserve">” </w:t>
      </w:r>
      <w:proofErr w:type="spellStart"/>
      <w:r>
        <w:t>przeprowadzono</w:t>
      </w:r>
      <w:proofErr w:type="spellEnd"/>
      <w:r>
        <w:t xml:space="preserve"> w </w:t>
      </w:r>
      <w:proofErr w:type="spellStart"/>
      <w:r>
        <w:t>trzech</w:t>
      </w:r>
      <w:proofErr w:type="spellEnd"/>
      <w:r>
        <w:t xml:space="preserve"> </w:t>
      </w:r>
      <w:proofErr w:type="spellStart"/>
      <w:r>
        <w:t>kategoriach</w:t>
      </w:r>
      <w:proofErr w:type="spellEnd"/>
      <w:r>
        <w:t xml:space="preserve"> </w:t>
      </w:r>
      <w:proofErr w:type="spellStart"/>
      <w:r>
        <w:t>wiekowych</w:t>
      </w:r>
      <w:proofErr w:type="spellEnd"/>
      <w:r>
        <w:t xml:space="preserve">: </w:t>
      </w:r>
      <w:proofErr w:type="spellStart"/>
      <w:r>
        <w:t>klasy</w:t>
      </w:r>
      <w:proofErr w:type="spellEnd"/>
      <w:r>
        <w:t xml:space="preserve"> I–III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  <w:r>
        <w:t xml:space="preserve">, </w:t>
      </w:r>
      <w:proofErr w:type="spellStart"/>
      <w:r>
        <w:t>klasy</w:t>
      </w:r>
      <w:proofErr w:type="spellEnd"/>
      <w:r>
        <w:t xml:space="preserve"> IV–VI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klasy</w:t>
      </w:r>
      <w:proofErr w:type="spellEnd"/>
      <w:r>
        <w:t xml:space="preserve"> VII–VIII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ponadpodstawowe</w:t>
      </w:r>
      <w:proofErr w:type="spellEnd"/>
      <w:r>
        <w:t>.</w:t>
      </w:r>
    </w:p>
    <w:p w14:paraId="5F7206F4" w14:textId="38BE517C" w:rsidR="00CD03A3" w:rsidRDefault="000A2195">
      <w:r>
        <w:t xml:space="preserve">4. </w:t>
      </w:r>
      <w:proofErr w:type="spellStart"/>
      <w:r>
        <w:t>Komisja</w:t>
      </w:r>
      <w:proofErr w:type="spellEnd"/>
      <w:r>
        <w:t xml:space="preserve"> </w:t>
      </w:r>
      <w:proofErr w:type="spellStart"/>
      <w:r>
        <w:t>dokonała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konkursowych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liczby</w:t>
      </w:r>
      <w:proofErr w:type="spellEnd"/>
      <w:r>
        <w:t xml:space="preserve"> </w:t>
      </w:r>
      <w:proofErr w:type="spellStart"/>
      <w:r>
        <w:t>zdobytych</w:t>
      </w:r>
      <w:proofErr w:type="spellEnd"/>
      <w:r>
        <w:t xml:space="preserve"> </w:t>
      </w:r>
      <w:proofErr w:type="spellStart"/>
      <w:r>
        <w:t>punktów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wyników</w:t>
      </w:r>
      <w:proofErr w:type="spellEnd"/>
      <w:r>
        <w:t xml:space="preserve"> </w:t>
      </w:r>
      <w:proofErr w:type="spellStart"/>
      <w:r>
        <w:t>procentowych</w:t>
      </w:r>
      <w:proofErr w:type="spellEnd"/>
      <w:r>
        <w:t xml:space="preserve"> </w:t>
      </w:r>
      <w:proofErr w:type="spellStart"/>
      <w:r>
        <w:t>podanych</w:t>
      </w:r>
      <w:proofErr w:type="spellEnd"/>
      <w:r>
        <w:t xml:space="preserve"> w </w:t>
      </w:r>
      <w:proofErr w:type="spellStart"/>
      <w:r>
        <w:t>załączonej</w:t>
      </w:r>
      <w:proofErr w:type="spellEnd"/>
      <w:r>
        <w:t xml:space="preserve"> </w:t>
      </w:r>
      <w:proofErr w:type="spellStart"/>
      <w:r>
        <w:t>tabeli</w:t>
      </w:r>
      <w:proofErr w:type="spellEnd"/>
      <w:r>
        <w:t xml:space="preserve"> </w:t>
      </w:r>
      <w:proofErr w:type="spellStart"/>
      <w:r>
        <w:t>punktacyjnej</w:t>
      </w:r>
      <w:proofErr w:type="spellEnd"/>
      <w:r>
        <w:t xml:space="preserve">. </w:t>
      </w:r>
      <w:proofErr w:type="spellStart"/>
      <w:r>
        <w:t>Wyniki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poszczególnych</w:t>
      </w:r>
      <w:proofErr w:type="spellEnd"/>
      <w:r>
        <w:t xml:space="preserve"> </w:t>
      </w:r>
      <w:proofErr w:type="spellStart"/>
      <w:r>
        <w:t>drużyn</w:t>
      </w:r>
      <w:proofErr w:type="spellEnd"/>
      <w:r>
        <w:t xml:space="preserve"> </w:t>
      </w:r>
      <w:proofErr w:type="spellStart"/>
      <w:r>
        <w:t>zestawiono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do </w:t>
      </w:r>
      <w:proofErr w:type="spellStart"/>
      <w:r>
        <w:t>protokołu</w:t>
      </w:r>
      <w:proofErr w:type="spellEnd"/>
      <w:r>
        <w:t>.</w:t>
      </w:r>
    </w:p>
    <w:p w14:paraId="34819DCD" w14:textId="1B9BE27F" w:rsidR="00CD03A3" w:rsidRPr="000A2195" w:rsidRDefault="000A2195">
      <w:pPr>
        <w:rPr>
          <w:bCs/>
        </w:rPr>
      </w:pPr>
      <w:r>
        <w:rPr>
          <w:bCs/>
        </w:rPr>
        <w:t>5</w:t>
      </w:r>
      <w:r w:rsidRPr="000A2195">
        <w:rPr>
          <w:bCs/>
        </w:rPr>
        <w:t xml:space="preserve">. </w:t>
      </w:r>
      <w:proofErr w:type="spellStart"/>
      <w:r w:rsidRPr="000A2195">
        <w:rPr>
          <w:bCs/>
        </w:rPr>
        <w:t>Wyniki</w:t>
      </w:r>
      <w:proofErr w:type="spellEnd"/>
      <w:r w:rsidRPr="000A2195">
        <w:rPr>
          <w:bCs/>
        </w:rPr>
        <w:t xml:space="preserve"> </w:t>
      </w:r>
      <w:proofErr w:type="spellStart"/>
      <w:r w:rsidRPr="000A2195">
        <w:rPr>
          <w:bCs/>
        </w:rPr>
        <w:t>konkursu</w:t>
      </w:r>
      <w:proofErr w:type="spellEnd"/>
    </w:p>
    <w:p w14:paraId="6B8F8F2C" w14:textId="1B987EAA" w:rsidR="00CD03A3" w:rsidRPr="00E11035" w:rsidRDefault="00000000">
      <w:pPr>
        <w:rPr>
          <w:sz w:val="28"/>
          <w:szCs w:val="28"/>
        </w:rPr>
      </w:pPr>
      <w:proofErr w:type="spellStart"/>
      <w:r w:rsidRPr="00E11035">
        <w:rPr>
          <w:b/>
          <w:sz w:val="28"/>
          <w:szCs w:val="28"/>
        </w:rPr>
        <w:t>Kategoria</w:t>
      </w:r>
      <w:proofErr w:type="spellEnd"/>
      <w:r w:rsidRPr="00E11035">
        <w:rPr>
          <w:b/>
          <w:sz w:val="28"/>
          <w:szCs w:val="28"/>
        </w:rPr>
        <w:t xml:space="preserve"> I – </w:t>
      </w:r>
      <w:proofErr w:type="spellStart"/>
      <w:r w:rsidRPr="00E11035">
        <w:rPr>
          <w:b/>
          <w:sz w:val="28"/>
          <w:szCs w:val="28"/>
        </w:rPr>
        <w:t>klasy</w:t>
      </w:r>
      <w:proofErr w:type="spellEnd"/>
      <w:r w:rsidRPr="00E11035">
        <w:rPr>
          <w:b/>
          <w:sz w:val="28"/>
          <w:szCs w:val="28"/>
        </w:rPr>
        <w:t xml:space="preserve"> I–III </w:t>
      </w:r>
      <w:proofErr w:type="spellStart"/>
      <w:r w:rsidRPr="00E11035">
        <w:rPr>
          <w:b/>
          <w:sz w:val="28"/>
          <w:szCs w:val="28"/>
        </w:rPr>
        <w:t>szkoły</w:t>
      </w:r>
      <w:proofErr w:type="spellEnd"/>
      <w:r w:rsidRPr="00E11035">
        <w:rPr>
          <w:b/>
          <w:sz w:val="28"/>
          <w:szCs w:val="28"/>
        </w:rPr>
        <w:t xml:space="preserve"> </w:t>
      </w:r>
      <w:proofErr w:type="spellStart"/>
      <w:r w:rsidRPr="00E11035">
        <w:rPr>
          <w:b/>
          <w:sz w:val="28"/>
          <w:szCs w:val="28"/>
        </w:rPr>
        <w:t>podstawowe</w:t>
      </w:r>
      <w:proofErr w:type="spellEnd"/>
    </w:p>
    <w:p w14:paraId="7D7472AF" w14:textId="77777777" w:rsidR="00CD03A3" w:rsidRDefault="00000000">
      <w:pPr>
        <w:spacing w:after="0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5641D720" w14:textId="77777777" w:rsidR="00BD5AFC" w:rsidRDefault="00BD5AFC">
      <w:pPr>
        <w:spacing w:after="0"/>
      </w:pPr>
    </w:p>
    <w:p w14:paraId="77608C65" w14:textId="2DB08D6C" w:rsidR="00CD03A3" w:rsidRDefault="00000000">
      <w:r>
        <w:t>Mich</w:t>
      </w:r>
      <w:r w:rsidR="00E239EC">
        <w:t>a</w:t>
      </w:r>
      <w:r>
        <w:t xml:space="preserve">lina Badko, </w:t>
      </w:r>
      <w:proofErr w:type="gramStart"/>
      <w:r>
        <w:t>kl</w:t>
      </w:r>
      <w:proofErr w:type="gramEnd"/>
      <w:r>
        <w:t>. IIIa; Michalina Janulis, kl. IIIa; Anna Janik, kl. IIIa</w:t>
      </w:r>
    </w:p>
    <w:p w14:paraId="1849E12E" w14:textId="67769CE4" w:rsidR="00CD03A3" w:rsidRDefault="00000000">
      <w:pPr>
        <w:spacing w:after="0"/>
        <w:rPr>
          <w:b/>
        </w:rPr>
      </w:pPr>
      <w:r>
        <w:rPr>
          <w:b/>
        </w:rPr>
        <w:t xml:space="preserve">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2 w </w:t>
      </w:r>
      <w:proofErr w:type="spellStart"/>
      <w:r>
        <w:rPr>
          <w:b/>
        </w:rPr>
        <w:t>Lubani</w:t>
      </w:r>
      <w:r w:rsidR="00BD5AFC">
        <w:rPr>
          <w:b/>
        </w:rPr>
        <w:t>u</w:t>
      </w:r>
      <w:proofErr w:type="spellEnd"/>
    </w:p>
    <w:p w14:paraId="63B69E3A" w14:textId="77777777" w:rsidR="00167A32" w:rsidRDefault="00167A32">
      <w:pPr>
        <w:spacing w:after="0"/>
      </w:pPr>
    </w:p>
    <w:p w14:paraId="655070FC" w14:textId="77777777" w:rsidR="00CD03A3" w:rsidRDefault="00000000">
      <w:r>
        <w:t xml:space="preserve">Aleksander Rutkowski, </w:t>
      </w:r>
      <w:proofErr w:type="gramStart"/>
      <w:r>
        <w:t>kl</w:t>
      </w:r>
      <w:proofErr w:type="gramEnd"/>
      <w:r>
        <w:t xml:space="preserve">. IIb; Nina Gajewska, </w:t>
      </w:r>
      <w:proofErr w:type="gramStart"/>
      <w:r>
        <w:t>kl</w:t>
      </w:r>
      <w:proofErr w:type="gramEnd"/>
      <w:r>
        <w:t xml:space="preserve">. IIIc; Marcelina Pietrzak, </w:t>
      </w:r>
      <w:proofErr w:type="gramStart"/>
      <w:r>
        <w:t>kl</w:t>
      </w:r>
      <w:proofErr w:type="gramEnd"/>
      <w:r>
        <w:t>. IIIc</w:t>
      </w:r>
    </w:p>
    <w:p w14:paraId="7FA754FE" w14:textId="77777777" w:rsidR="00CD03A3" w:rsidRDefault="00000000">
      <w:pPr>
        <w:spacing w:after="0"/>
        <w:rPr>
          <w:b/>
        </w:rPr>
      </w:pPr>
      <w:r>
        <w:rPr>
          <w:b/>
        </w:rPr>
        <w:t xml:space="preserve">III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Smolniku</w:t>
      </w:r>
      <w:proofErr w:type="spellEnd"/>
    </w:p>
    <w:p w14:paraId="1A00852B" w14:textId="77777777" w:rsidR="00167A32" w:rsidRDefault="00167A32">
      <w:pPr>
        <w:spacing w:after="0"/>
      </w:pPr>
    </w:p>
    <w:p w14:paraId="5174A0C3" w14:textId="77777777" w:rsidR="00CD03A3" w:rsidRDefault="00000000">
      <w:r>
        <w:t xml:space="preserve">Lilianna Pihut, </w:t>
      </w:r>
      <w:proofErr w:type="gramStart"/>
      <w:r>
        <w:t>kl</w:t>
      </w:r>
      <w:proofErr w:type="gramEnd"/>
      <w:r>
        <w:t xml:space="preserve">. IIIa; Bartłomiej Borkowski, kl. IIIa; Mateusz </w:t>
      </w:r>
      <w:proofErr w:type="spellStart"/>
      <w:r>
        <w:t>Stożek</w:t>
      </w:r>
      <w:proofErr w:type="spellEnd"/>
      <w:r>
        <w:t>, kl. IIIa</w:t>
      </w:r>
    </w:p>
    <w:p w14:paraId="2A1FE89B" w14:textId="77777777" w:rsidR="00CD03A3" w:rsidRDefault="00000000">
      <w:pPr>
        <w:spacing w:after="0"/>
        <w:rPr>
          <w:b/>
        </w:rPr>
      </w:pPr>
      <w:r>
        <w:rPr>
          <w:b/>
        </w:rPr>
        <w:t xml:space="preserve">IV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4ED3CC73" w14:textId="77777777" w:rsidR="00167A32" w:rsidRDefault="00167A32">
      <w:pPr>
        <w:spacing w:after="0"/>
      </w:pPr>
    </w:p>
    <w:p w14:paraId="252B3D22" w14:textId="77777777" w:rsidR="00CD03A3" w:rsidRDefault="00000000">
      <w:r>
        <w:t xml:space="preserve">Varvara Sats, </w:t>
      </w:r>
      <w:proofErr w:type="gramStart"/>
      <w:r>
        <w:t>kl</w:t>
      </w:r>
      <w:proofErr w:type="gramEnd"/>
      <w:r>
        <w:t xml:space="preserve">. IIIc; Irena </w:t>
      </w:r>
      <w:proofErr w:type="spellStart"/>
      <w:r>
        <w:t>Peczka</w:t>
      </w:r>
      <w:proofErr w:type="spellEnd"/>
      <w:r>
        <w:t>, kl. IIIc; Nina Kiecana, kl. IIIc</w:t>
      </w:r>
    </w:p>
    <w:p w14:paraId="33D52E46" w14:textId="77777777" w:rsidR="00CD03A3" w:rsidRDefault="00000000">
      <w:pPr>
        <w:spacing w:after="0"/>
        <w:rPr>
          <w:b/>
        </w:rPr>
      </w:pPr>
      <w:r>
        <w:rPr>
          <w:b/>
        </w:rPr>
        <w:t xml:space="preserve">IV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60625FBA" w14:textId="77777777" w:rsidR="00167A32" w:rsidRDefault="00167A32">
      <w:pPr>
        <w:spacing w:after="0"/>
      </w:pPr>
    </w:p>
    <w:p w14:paraId="145D00D5" w14:textId="77777777" w:rsidR="00CD03A3" w:rsidRDefault="00000000">
      <w:r>
        <w:t xml:space="preserve">Emilia Murczak, </w:t>
      </w:r>
      <w:proofErr w:type="gramStart"/>
      <w:r>
        <w:t>kl</w:t>
      </w:r>
      <w:proofErr w:type="gramEnd"/>
      <w:r>
        <w:t xml:space="preserve">. </w:t>
      </w:r>
      <w:proofErr w:type="spellStart"/>
      <w:r>
        <w:t>IIIb</w:t>
      </w:r>
      <w:proofErr w:type="spellEnd"/>
      <w:r>
        <w:t xml:space="preserve">; Maja </w:t>
      </w:r>
      <w:proofErr w:type="spellStart"/>
      <w:r>
        <w:t>Myśliwiec</w:t>
      </w:r>
      <w:proofErr w:type="spellEnd"/>
      <w:r>
        <w:t xml:space="preserve">, kl. </w:t>
      </w:r>
      <w:proofErr w:type="spellStart"/>
      <w:r>
        <w:t>IIIb</w:t>
      </w:r>
      <w:proofErr w:type="spellEnd"/>
      <w:r>
        <w:t xml:space="preserve">; Oliwia Mowczko, kl. </w:t>
      </w:r>
      <w:proofErr w:type="spellStart"/>
      <w:r>
        <w:t>IIIb</w:t>
      </w:r>
      <w:proofErr w:type="spellEnd"/>
    </w:p>
    <w:p w14:paraId="43823F33" w14:textId="77777777" w:rsidR="00CD03A3" w:rsidRDefault="00000000">
      <w:pPr>
        <w:spacing w:after="0"/>
        <w:rPr>
          <w:b/>
        </w:rPr>
      </w:pPr>
      <w:r>
        <w:rPr>
          <w:b/>
        </w:rPr>
        <w:t xml:space="preserve">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41B7C0D9" w14:textId="77777777" w:rsidR="00872303" w:rsidRDefault="00872303">
      <w:pPr>
        <w:spacing w:after="0"/>
      </w:pPr>
    </w:p>
    <w:p w14:paraId="76BF6449" w14:textId="77777777" w:rsidR="00CD03A3" w:rsidRDefault="00000000">
      <w:r>
        <w:t xml:space="preserve">Antonina Czarnecka, kl. </w:t>
      </w:r>
      <w:proofErr w:type="spellStart"/>
      <w:r>
        <w:t>IIIb</w:t>
      </w:r>
      <w:proofErr w:type="spellEnd"/>
      <w:r>
        <w:t xml:space="preserve">; Wojciech Ossowski, kl. </w:t>
      </w:r>
      <w:proofErr w:type="spellStart"/>
      <w:r>
        <w:t>IIIb</w:t>
      </w:r>
      <w:proofErr w:type="spellEnd"/>
      <w:r>
        <w:t xml:space="preserve">; Filip </w:t>
      </w:r>
      <w:proofErr w:type="spellStart"/>
      <w:r>
        <w:t>Bańka</w:t>
      </w:r>
      <w:proofErr w:type="spellEnd"/>
      <w:r>
        <w:t xml:space="preserve">, kl. </w:t>
      </w:r>
      <w:proofErr w:type="spellStart"/>
      <w:r>
        <w:t>IIIb</w:t>
      </w:r>
      <w:proofErr w:type="spellEnd"/>
    </w:p>
    <w:p w14:paraId="24D6877E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696F8C67" w14:textId="77777777" w:rsidR="00872303" w:rsidRDefault="00872303">
      <w:pPr>
        <w:spacing w:after="0"/>
      </w:pPr>
    </w:p>
    <w:p w14:paraId="5518AA37" w14:textId="77777777" w:rsidR="00CD03A3" w:rsidRDefault="00000000">
      <w:r>
        <w:t xml:space="preserve">Bartosz Białkowski, kl. IIa; Franciszek </w:t>
      </w:r>
      <w:proofErr w:type="spellStart"/>
      <w:r>
        <w:t>Stroczan-Wołoszyn</w:t>
      </w:r>
      <w:proofErr w:type="spellEnd"/>
      <w:r>
        <w:t>, kl. IIa</w:t>
      </w:r>
    </w:p>
    <w:p w14:paraId="71366CA2" w14:textId="77777777" w:rsidR="00872303" w:rsidRDefault="00872303">
      <w:pPr>
        <w:spacing w:after="0"/>
      </w:pPr>
    </w:p>
    <w:p w14:paraId="6ECEA294" w14:textId="5FA5A84D" w:rsidR="00CD03A3" w:rsidRDefault="00000000">
      <w:pPr>
        <w:spacing w:after="0"/>
        <w:rPr>
          <w:b/>
        </w:rPr>
      </w:pPr>
      <w:r>
        <w:rPr>
          <w:b/>
        </w:rPr>
        <w:lastRenderedPageBreak/>
        <w:t xml:space="preserve">VI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245E5010" w14:textId="77777777" w:rsidR="00872303" w:rsidRDefault="00872303">
      <w:pPr>
        <w:spacing w:after="0"/>
      </w:pPr>
    </w:p>
    <w:p w14:paraId="084007D2" w14:textId="77777777" w:rsidR="00CD03A3" w:rsidRDefault="00000000">
      <w:r>
        <w:t>Wojciech Szafran, kl. IIIc; Szymon Woźniar, kl. IIIc; Borys Sadowski, kl. IIIc</w:t>
      </w:r>
    </w:p>
    <w:p w14:paraId="037AF2B0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0551A8A1" w14:textId="77777777" w:rsidR="00872303" w:rsidRDefault="00872303">
      <w:pPr>
        <w:spacing w:after="0"/>
      </w:pPr>
    </w:p>
    <w:p w14:paraId="1EBCECEE" w14:textId="77777777" w:rsidR="00CD03A3" w:rsidRDefault="00000000">
      <w:r>
        <w:t xml:space="preserve">Afina Khentit, </w:t>
      </w:r>
      <w:proofErr w:type="gramStart"/>
      <w:r>
        <w:t>kl</w:t>
      </w:r>
      <w:proofErr w:type="gramEnd"/>
      <w:r>
        <w:t xml:space="preserve">. IIb; Zofia Kazan, </w:t>
      </w:r>
      <w:proofErr w:type="gramStart"/>
      <w:r>
        <w:t>kl</w:t>
      </w:r>
      <w:proofErr w:type="gramEnd"/>
      <w:r>
        <w:t>. IIb; Zuzanna Wawrzyniak, kl. IIb</w:t>
      </w:r>
    </w:p>
    <w:p w14:paraId="5EE1C727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6F5DAC03" w14:textId="77777777" w:rsidR="00872303" w:rsidRDefault="00872303">
      <w:pPr>
        <w:spacing w:after="0"/>
      </w:pPr>
    </w:p>
    <w:p w14:paraId="16A21211" w14:textId="77777777" w:rsidR="00CD03A3" w:rsidRDefault="00000000">
      <w:r>
        <w:t xml:space="preserve">Zofia Matyjaszkiewicz, kl. IIIa; Wiktoria </w:t>
      </w:r>
      <w:proofErr w:type="spellStart"/>
      <w:r>
        <w:t>Tęcza</w:t>
      </w:r>
      <w:proofErr w:type="spellEnd"/>
      <w:r>
        <w:t>, kl. IIIa</w:t>
      </w:r>
    </w:p>
    <w:p w14:paraId="0C96E8B9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Smolniku</w:t>
      </w:r>
      <w:proofErr w:type="spellEnd"/>
    </w:p>
    <w:p w14:paraId="799E8FB1" w14:textId="77777777" w:rsidR="00872303" w:rsidRDefault="00872303">
      <w:pPr>
        <w:spacing w:after="0"/>
      </w:pPr>
    </w:p>
    <w:p w14:paraId="146AC59F" w14:textId="77777777" w:rsidR="00CD03A3" w:rsidRDefault="00000000">
      <w:r>
        <w:t xml:space="preserve">Mateusz Malinowski, </w:t>
      </w:r>
      <w:proofErr w:type="gramStart"/>
      <w:r>
        <w:t>kl</w:t>
      </w:r>
      <w:proofErr w:type="gramEnd"/>
      <w:r>
        <w:t xml:space="preserve">. IIIa; Michalina Mazur, </w:t>
      </w:r>
      <w:proofErr w:type="gramStart"/>
      <w:r>
        <w:t>kl</w:t>
      </w:r>
      <w:proofErr w:type="gramEnd"/>
      <w:r>
        <w:t>. IIIa; Bartosz Mowczko, kl. IIIa</w:t>
      </w:r>
    </w:p>
    <w:p w14:paraId="36205072" w14:textId="77777777" w:rsidR="001077AB" w:rsidRDefault="001077AB"/>
    <w:p w14:paraId="38BC1891" w14:textId="77777777" w:rsidR="00CD03A3" w:rsidRPr="003C2CF5" w:rsidRDefault="00000000">
      <w:pPr>
        <w:rPr>
          <w:sz w:val="28"/>
          <w:szCs w:val="28"/>
        </w:rPr>
      </w:pPr>
      <w:proofErr w:type="spellStart"/>
      <w:r w:rsidRPr="003C2CF5">
        <w:rPr>
          <w:b/>
          <w:sz w:val="28"/>
          <w:szCs w:val="28"/>
        </w:rPr>
        <w:t>Kategoria</w:t>
      </w:r>
      <w:proofErr w:type="spellEnd"/>
      <w:r w:rsidRPr="003C2CF5">
        <w:rPr>
          <w:b/>
          <w:sz w:val="28"/>
          <w:szCs w:val="28"/>
        </w:rPr>
        <w:t xml:space="preserve"> II – </w:t>
      </w:r>
      <w:proofErr w:type="spellStart"/>
      <w:r w:rsidRPr="003C2CF5">
        <w:rPr>
          <w:b/>
          <w:sz w:val="28"/>
          <w:szCs w:val="28"/>
        </w:rPr>
        <w:t>klasy</w:t>
      </w:r>
      <w:proofErr w:type="spellEnd"/>
      <w:r w:rsidRPr="003C2CF5">
        <w:rPr>
          <w:b/>
          <w:sz w:val="28"/>
          <w:szCs w:val="28"/>
        </w:rPr>
        <w:t xml:space="preserve"> IV–VI </w:t>
      </w:r>
      <w:proofErr w:type="spellStart"/>
      <w:r w:rsidRPr="003C2CF5">
        <w:rPr>
          <w:b/>
          <w:sz w:val="28"/>
          <w:szCs w:val="28"/>
        </w:rPr>
        <w:t>szkoły</w:t>
      </w:r>
      <w:proofErr w:type="spellEnd"/>
      <w:r w:rsidRPr="003C2CF5">
        <w:rPr>
          <w:b/>
          <w:sz w:val="28"/>
          <w:szCs w:val="28"/>
        </w:rPr>
        <w:t xml:space="preserve"> </w:t>
      </w:r>
      <w:proofErr w:type="spellStart"/>
      <w:r w:rsidRPr="003C2CF5">
        <w:rPr>
          <w:b/>
          <w:sz w:val="28"/>
          <w:szCs w:val="28"/>
        </w:rPr>
        <w:t>podstawowej</w:t>
      </w:r>
      <w:proofErr w:type="spellEnd"/>
    </w:p>
    <w:p w14:paraId="230748D8" w14:textId="77777777" w:rsidR="00CD03A3" w:rsidRDefault="00000000">
      <w:pPr>
        <w:spacing w:after="0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3 w </w:t>
      </w:r>
      <w:proofErr w:type="spellStart"/>
      <w:r>
        <w:rPr>
          <w:b/>
        </w:rPr>
        <w:t>Olszynie</w:t>
      </w:r>
      <w:proofErr w:type="spellEnd"/>
    </w:p>
    <w:p w14:paraId="6FB71F9A" w14:textId="77777777" w:rsidR="001077AB" w:rsidRDefault="001077AB">
      <w:pPr>
        <w:spacing w:after="0"/>
      </w:pPr>
    </w:p>
    <w:p w14:paraId="69825BF6" w14:textId="77777777" w:rsidR="00CD03A3" w:rsidRDefault="00000000">
      <w:r>
        <w:t xml:space="preserve">Oliwia Pstrak, </w:t>
      </w:r>
      <w:proofErr w:type="gramStart"/>
      <w:r>
        <w:t>kl</w:t>
      </w:r>
      <w:proofErr w:type="gramEnd"/>
      <w:r>
        <w:t xml:space="preserve">. VI; Radosław </w:t>
      </w:r>
      <w:proofErr w:type="spellStart"/>
      <w:r>
        <w:t>Subocz</w:t>
      </w:r>
      <w:proofErr w:type="spellEnd"/>
      <w:r>
        <w:t>, kl. VI</w:t>
      </w:r>
    </w:p>
    <w:p w14:paraId="5849803E" w14:textId="77777777" w:rsidR="00CD03A3" w:rsidRDefault="00000000">
      <w:pPr>
        <w:spacing w:after="0"/>
        <w:rPr>
          <w:b/>
        </w:rPr>
      </w:pPr>
      <w:r>
        <w:rPr>
          <w:b/>
        </w:rPr>
        <w:t xml:space="preserve">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Zarębie</w:t>
      </w:r>
      <w:proofErr w:type="spellEnd"/>
    </w:p>
    <w:p w14:paraId="6883E899" w14:textId="77777777" w:rsidR="001077AB" w:rsidRDefault="001077AB">
      <w:pPr>
        <w:spacing w:after="0"/>
      </w:pPr>
    </w:p>
    <w:p w14:paraId="16C9A963" w14:textId="77777777" w:rsidR="00CD03A3" w:rsidRDefault="00000000">
      <w:r>
        <w:t xml:space="preserve">Maja Dudzik, kl. VI; Filip </w:t>
      </w:r>
      <w:proofErr w:type="spellStart"/>
      <w:r>
        <w:t>Burniak</w:t>
      </w:r>
      <w:proofErr w:type="spellEnd"/>
      <w:r>
        <w:t>, kl. VI</w:t>
      </w:r>
    </w:p>
    <w:p w14:paraId="674FF991" w14:textId="77777777" w:rsidR="00CD03A3" w:rsidRDefault="00000000">
      <w:pPr>
        <w:spacing w:after="0"/>
        <w:rPr>
          <w:b/>
        </w:rPr>
      </w:pPr>
      <w:r>
        <w:rPr>
          <w:b/>
        </w:rPr>
        <w:t xml:space="preserve">III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4 w </w:t>
      </w:r>
      <w:proofErr w:type="spellStart"/>
      <w:r>
        <w:rPr>
          <w:b/>
        </w:rPr>
        <w:t>Lubaniu</w:t>
      </w:r>
      <w:proofErr w:type="spellEnd"/>
    </w:p>
    <w:p w14:paraId="4E8D1AF5" w14:textId="77777777" w:rsidR="001077AB" w:rsidRDefault="001077AB">
      <w:pPr>
        <w:spacing w:after="0"/>
      </w:pPr>
    </w:p>
    <w:p w14:paraId="02261702" w14:textId="77777777" w:rsidR="00CD03A3" w:rsidRDefault="00000000">
      <w:r>
        <w:t xml:space="preserve">Grzegorz Fedczak, kl. </w:t>
      </w:r>
      <w:proofErr w:type="spellStart"/>
      <w:r>
        <w:t>VIc</w:t>
      </w:r>
      <w:proofErr w:type="spellEnd"/>
      <w:r>
        <w:t xml:space="preserve">; Krzysztof Fedczak, kl. </w:t>
      </w:r>
      <w:proofErr w:type="spellStart"/>
      <w:r>
        <w:t>VIc</w:t>
      </w:r>
      <w:proofErr w:type="spellEnd"/>
      <w:r>
        <w:t xml:space="preserve">; Miłosz Krzemiński, kl. </w:t>
      </w:r>
      <w:proofErr w:type="spellStart"/>
      <w:r>
        <w:t>VIc</w:t>
      </w:r>
      <w:proofErr w:type="spellEnd"/>
    </w:p>
    <w:p w14:paraId="51B6EDD6" w14:textId="77777777" w:rsidR="00CD03A3" w:rsidRDefault="00000000">
      <w:pPr>
        <w:spacing w:after="0"/>
        <w:rPr>
          <w:b/>
        </w:rPr>
      </w:pPr>
      <w:r>
        <w:rPr>
          <w:b/>
        </w:rPr>
        <w:t xml:space="preserve">IV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Zespół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Szkolno-Przedszkolny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Kościelniku</w:t>
      </w:r>
      <w:proofErr w:type="spellEnd"/>
    </w:p>
    <w:p w14:paraId="32A19058" w14:textId="77777777" w:rsidR="001077AB" w:rsidRDefault="001077AB">
      <w:pPr>
        <w:spacing w:after="0"/>
      </w:pPr>
    </w:p>
    <w:p w14:paraId="71CF06AB" w14:textId="77777777" w:rsidR="00CD03A3" w:rsidRDefault="00000000">
      <w:r>
        <w:t xml:space="preserve">Pola Butrym, </w:t>
      </w:r>
      <w:proofErr w:type="gramStart"/>
      <w:r>
        <w:t>kl</w:t>
      </w:r>
      <w:proofErr w:type="gramEnd"/>
      <w:r>
        <w:t xml:space="preserve">. V; Bartłomiej </w:t>
      </w:r>
      <w:proofErr w:type="spellStart"/>
      <w:r>
        <w:t>Śpiewak</w:t>
      </w:r>
      <w:proofErr w:type="spellEnd"/>
      <w:r>
        <w:t>, kl. V; Franciszek Kosowski, kl. IV</w:t>
      </w:r>
    </w:p>
    <w:p w14:paraId="5DD5DAC3" w14:textId="77777777" w:rsidR="00CD03A3" w:rsidRDefault="00000000">
      <w:pPr>
        <w:spacing w:after="0"/>
        <w:rPr>
          <w:b/>
        </w:rPr>
      </w:pPr>
      <w:r>
        <w:rPr>
          <w:b/>
        </w:rPr>
        <w:t xml:space="preserve">IV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19036884" w14:textId="77777777" w:rsidR="001077AB" w:rsidRDefault="001077AB">
      <w:pPr>
        <w:spacing w:after="0"/>
      </w:pPr>
    </w:p>
    <w:p w14:paraId="70364E31" w14:textId="77777777" w:rsidR="00CD03A3" w:rsidRDefault="00000000">
      <w:r>
        <w:t>Antoni Kalisz, kl. VIb; Natan Nowosielski, kl. VIb</w:t>
      </w:r>
    </w:p>
    <w:p w14:paraId="59E577AE" w14:textId="77777777" w:rsidR="00CD03A3" w:rsidRDefault="00000000">
      <w:pPr>
        <w:spacing w:after="0"/>
        <w:rPr>
          <w:b/>
        </w:rPr>
      </w:pPr>
      <w:r>
        <w:rPr>
          <w:b/>
        </w:rPr>
        <w:t xml:space="preserve">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2 w </w:t>
      </w:r>
      <w:proofErr w:type="spellStart"/>
      <w:r>
        <w:rPr>
          <w:b/>
        </w:rPr>
        <w:t>Lubaniu</w:t>
      </w:r>
      <w:proofErr w:type="spellEnd"/>
    </w:p>
    <w:p w14:paraId="52E347FF" w14:textId="77777777" w:rsidR="00576DE2" w:rsidRDefault="00576DE2">
      <w:pPr>
        <w:spacing w:after="0"/>
      </w:pPr>
    </w:p>
    <w:p w14:paraId="532D2CB2" w14:textId="77777777" w:rsidR="00CD03A3" w:rsidRDefault="00000000">
      <w:r>
        <w:t xml:space="preserve">Helena Kociołek-Wasiukiewicz, kl. </w:t>
      </w:r>
      <w:proofErr w:type="spellStart"/>
      <w:r>
        <w:t>Vb</w:t>
      </w:r>
      <w:proofErr w:type="spellEnd"/>
      <w:r>
        <w:t xml:space="preserve">; Marcel Koman, kl. </w:t>
      </w:r>
      <w:proofErr w:type="spellStart"/>
      <w:r>
        <w:t>Vb</w:t>
      </w:r>
      <w:proofErr w:type="spellEnd"/>
    </w:p>
    <w:p w14:paraId="529B3D4D" w14:textId="77777777" w:rsidR="00CD03A3" w:rsidRDefault="00000000">
      <w:pPr>
        <w:spacing w:after="0"/>
        <w:rPr>
          <w:b/>
        </w:rPr>
      </w:pPr>
      <w:r>
        <w:rPr>
          <w:b/>
        </w:rPr>
        <w:t xml:space="preserve">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Zespół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Szkolno-Przedszkolny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Kościelniku</w:t>
      </w:r>
      <w:proofErr w:type="spellEnd"/>
    </w:p>
    <w:p w14:paraId="111C3C49" w14:textId="77777777" w:rsidR="00576DE2" w:rsidRDefault="00576DE2">
      <w:pPr>
        <w:spacing w:after="0"/>
      </w:pPr>
    </w:p>
    <w:p w14:paraId="288B986D" w14:textId="77777777" w:rsidR="00CD03A3" w:rsidRDefault="00000000">
      <w:r>
        <w:t xml:space="preserve">Natalia Wilk, </w:t>
      </w:r>
      <w:proofErr w:type="gramStart"/>
      <w:r>
        <w:t>kl</w:t>
      </w:r>
      <w:proofErr w:type="gramEnd"/>
      <w:r>
        <w:t xml:space="preserve">. VII; Zuzanna </w:t>
      </w:r>
      <w:proofErr w:type="spellStart"/>
      <w:r>
        <w:t>Cieślak</w:t>
      </w:r>
      <w:proofErr w:type="spellEnd"/>
      <w:r>
        <w:t>, kl. V</w:t>
      </w:r>
    </w:p>
    <w:p w14:paraId="162DC93E" w14:textId="77777777" w:rsidR="00CD03A3" w:rsidRDefault="00000000">
      <w:pPr>
        <w:spacing w:after="0"/>
        <w:rPr>
          <w:b/>
        </w:rPr>
      </w:pPr>
      <w:r>
        <w:rPr>
          <w:b/>
        </w:rPr>
        <w:lastRenderedPageBreak/>
        <w:t xml:space="preserve">VI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0CCC6DB1" w14:textId="77777777" w:rsidR="00576DE2" w:rsidRDefault="00576DE2">
      <w:pPr>
        <w:spacing w:after="0"/>
      </w:pPr>
    </w:p>
    <w:p w14:paraId="758E0B17" w14:textId="77777777" w:rsidR="00CD03A3" w:rsidRDefault="00000000">
      <w:r>
        <w:t xml:space="preserve">Amelia Minkowska, </w:t>
      </w:r>
      <w:proofErr w:type="gramStart"/>
      <w:r>
        <w:t>kl</w:t>
      </w:r>
      <w:proofErr w:type="gramEnd"/>
      <w:r>
        <w:t>. VIb; Nadia Moch, kl. VIb</w:t>
      </w:r>
    </w:p>
    <w:p w14:paraId="3D409437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54743128" w14:textId="77777777" w:rsidR="00576DE2" w:rsidRDefault="00576DE2">
      <w:pPr>
        <w:spacing w:after="0"/>
      </w:pPr>
    </w:p>
    <w:p w14:paraId="7182E03D" w14:textId="77777777" w:rsidR="00CD03A3" w:rsidRDefault="00000000">
      <w:r>
        <w:t xml:space="preserve">Martyna Rubaszko, </w:t>
      </w:r>
      <w:proofErr w:type="gramStart"/>
      <w:r>
        <w:t>kl</w:t>
      </w:r>
      <w:proofErr w:type="gramEnd"/>
      <w:r>
        <w:t>. VIb; Mikołaj Adamcewicz, kl. VIb</w:t>
      </w:r>
    </w:p>
    <w:p w14:paraId="17C59662" w14:textId="77777777" w:rsidR="00CD03A3" w:rsidRDefault="00000000">
      <w:pPr>
        <w:rPr>
          <w:b/>
          <w:sz w:val="28"/>
          <w:szCs w:val="28"/>
        </w:rPr>
      </w:pPr>
      <w:proofErr w:type="spellStart"/>
      <w:r w:rsidRPr="00996869">
        <w:rPr>
          <w:b/>
          <w:sz w:val="28"/>
          <w:szCs w:val="28"/>
        </w:rPr>
        <w:t>Kategoria</w:t>
      </w:r>
      <w:proofErr w:type="spellEnd"/>
      <w:r w:rsidRPr="00996869">
        <w:rPr>
          <w:b/>
          <w:sz w:val="28"/>
          <w:szCs w:val="28"/>
        </w:rPr>
        <w:t xml:space="preserve"> III – </w:t>
      </w:r>
      <w:proofErr w:type="spellStart"/>
      <w:r w:rsidRPr="00996869">
        <w:rPr>
          <w:b/>
          <w:sz w:val="28"/>
          <w:szCs w:val="28"/>
        </w:rPr>
        <w:t>klasy</w:t>
      </w:r>
      <w:proofErr w:type="spellEnd"/>
      <w:r w:rsidRPr="00996869">
        <w:rPr>
          <w:b/>
          <w:sz w:val="28"/>
          <w:szCs w:val="28"/>
        </w:rPr>
        <w:t xml:space="preserve"> VII–VIII </w:t>
      </w:r>
      <w:proofErr w:type="spellStart"/>
      <w:r w:rsidRPr="00996869">
        <w:rPr>
          <w:b/>
          <w:sz w:val="28"/>
          <w:szCs w:val="28"/>
        </w:rPr>
        <w:t>szkoły</w:t>
      </w:r>
      <w:proofErr w:type="spellEnd"/>
      <w:r w:rsidRPr="00996869">
        <w:rPr>
          <w:b/>
          <w:sz w:val="28"/>
          <w:szCs w:val="28"/>
        </w:rPr>
        <w:t xml:space="preserve"> </w:t>
      </w:r>
      <w:proofErr w:type="spellStart"/>
      <w:r w:rsidRPr="00996869">
        <w:rPr>
          <w:b/>
          <w:sz w:val="28"/>
          <w:szCs w:val="28"/>
        </w:rPr>
        <w:t>podstawowej</w:t>
      </w:r>
      <w:proofErr w:type="spellEnd"/>
      <w:r w:rsidRPr="00996869">
        <w:rPr>
          <w:b/>
          <w:sz w:val="28"/>
          <w:szCs w:val="28"/>
        </w:rPr>
        <w:t xml:space="preserve"> </w:t>
      </w:r>
      <w:proofErr w:type="spellStart"/>
      <w:r w:rsidRPr="00996869">
        <w:rPr>
          <w:b/>
          <w:sz w:val="28"/>
          <w:szCs w:val="28"/>
        </w:rPr>
        <w:t>i</w:t>
      </w:r>
      <w:proofErr w:type="spellEnd"/>
      <w:r w:rsidRPr="00996869">
        <w:rPr>
          <w:b/>
          <w:sz w:val="28"/>
          <w:szCs w:val="28"/>
        </w:rPr>
        <w:t xml:space="preserve"> </w:t>
      </w:r>
      <w:proofErr w:type="spellStart"/>
      <w:r w:rsidRPr="00996869">
        <w:rPr>
          <w:b/>
          <w:sz w:val="28"/>
          <w:szCs w:val="28"/>
        </w:rPr>
        <w:t>szkoły</w:t>
      </w:r>
      <w:proofErr w:type="spellEnd"/>
      <w:r w:rsidRPr="00996869">
        <w:rPr>
          <w:b/>
          <w:sz w:val="28"/>
          <w:szCs w:val="28"/>
        </w:rPr>
        <w:t xml:space="preserve"> </w:t>
      </w:r>
      <w:proofErr w:type="spellStart"/>
      <w:r w:rsidRPr="00996869">
        <w:rPr>
          <w:b/>
          <w:sz w:val="28"/>
          <w:szCs w:val="28"/>
        </w:rPr>
        <w:t>ponadpodstawowe</w:t>
      </w:r>
      <w:proofErr w:type="spellEnd"/>
    </w:p>
    <w:p w14:paraId="703EFA95" w14:textId="77777777" w:rsidR="00576DE2" w:rsidRPr="00996869" w:rsidRDefault="00576DE2">
      <w:pPr>
        <w:rPr>
          <w:sz w:val="28"/>
          <w:szCs w:val="28"/>
        </w:rPr>
      </w:pPr>
    </w:p>
    <w:p w14:paraId="1226F28A" w14:textId="77777777" w:rsidR="00CD03A3" w:rsidRDefault="00000000">
      <w:pPr>
        <w:spacing w:after="0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Zespół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Szkół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Zawodowych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Ogólnokształcących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</w:t>
      </w:r>
      <w:proofErr w:type="spellEnd"/>
      <w:r>
        <w:rPr>
          <w:b/>
        </w:rPr>
        <w:t xml:space="preserve">. KZL w </w:t>
      </w:r>
      <w:proofErr w:type="spellStart"/>
      <w:r>
        <w:rPr>
          <w:b/>
        </w:rPr>
        <w:t>Lubaniu</w:t>
      </w:r>
      <w:proofErr w:type="spellEnd"/>
    </w:p>
    <w:p w14:paraId="2B7246A0" w14:textId="77777777" w:rsidR="00576DE2" w:rsidRDefault="00576DE2">
      <w:pPr>
        <w:spacing w:after="0"/>
      </w:pPr>
    </w:p>
    <w:p w14:paraId="7B334FCD" w14:textId="77777777" w:rsidR="00CD03A3" w:rsidRDefault="00000000">
      <w:r>
        <w:t xml:space="preserve">Oliwia Korcz, </w:t>
      </w:r>
      <w:proofErr w:type="gramStart"/>
      <w:r>
        <w:t>kl</w:t>
      </w:r>
      <w:proofErr w:type="gramEnd"/>
      <w:r>
        <w:t xml:space="preserve">. VTR; Laura Perechuda, </w:t>
      </w:r>
      <w:proofErr w:type="gramStart"/>
      <w:r>
        <w:t>kl</w:t>
      </w:r>
      <w:proofErr w:type="gramEnd"/>
      <w:r>
        <w:t xml:space="preserve">. VTR; Wiktoria Modrzejewska, </w:t>
      </w:r>
      <w:proofErr w:type="gramStart"/>
      <w:r>
        <w:t>kl</w:t>
      </w:r>
      <w:proofErr w:type="gramEnd"/>
      <w:r>
        <w:t>. VTL</w:t>
      </w:r>
    </w:p>
    <w:p w14:paraId="04B84064" w14:textId="77777777" w:rsidR="00CD03A3" w:rsidRDefault="00000000">
      <w:pPr>
        <w:spacing w:after="0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Zespół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Szkolno-Przedszkolny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Kościelniku</w:t>
      </w:r>
      <w:proofErr w:type="spellEnd"/>
    </w:p>
    <w:p w14:paraId="23C70CD8" w14:textId="77777777" w:rsidR="00576DE2" w:rsidRDefault="00576DE2">
      <w:pPr>
        <w:spacing w:after="0"/>
      </w:pPr>
    </w:p>
    <w:p w14:paraId="2B8AE0D2" w14:textId="77777777" w:rsidR="00CD03A3" w:rsidRDefault="00000000">
      <w:r>
        <w:t xml:space="preserve">Patrycja Czyż, kl. VIII; Zuzanna Winiarczyk, kl. VIII; Zofia Karwath, </w:t>
      </w:r>
      <w:proofErr w:type="gramStart"/>
      <w:r>
        <w:t>kl</w:t>
      </w:r>
      <w:proofErr w:type="gramEnd"/>
      <w:r>
        <w:t>. VII</w:t>
      </w:r>
    </w:p>
    <w:p w14:paraId="62A5317B" w14:textId="77777777" w:rsidR="00CD03A3" w:rsidRDefault="00000000">
      <w:pPr>
        <w:spacing w:after="0"/>
        <w:rPr>
          <w:b/>
        </w:rPr>
      </w:pPr>
      <w:r>
        <w:rPr>
          <w:b/>
        </w:rPr>
        <w:t xml:space="preserve">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7135A7A6" w14:textId="77777777" w:rsidR="00576DE2" w:rsidRDefault="00576DE2">
      <w:pPr>
        <w:spacing w:after="0"/>
      </w:pPr>
    </w:p>
    <w:p w14:paraId="76683211" w14:textId="77777777" w:rsidR="00CD03A3" w:rsidRDefault="00000000">
      <w:r>
        <w:t xml:space="preserve">Aleksandra Rosa, </w:t>
      </w:r>
      <w:proofErr w:type="gramStart"/>
      <w:r>
        <w:t>kl</w:t>
      </w:r>
      <w:proofErr w:type="gramEnd"/>
      <w:r>
        <w:t xml:space="preserve">. </w:t>
      </w:r>
      <w:proofErr w:type="spellStart"/>
      <w:r>
        <w:t>VIIIa</w:t>
      </w:r>
      <w:proofErr w:type="spellEnd"/>
      <w:r>
        <w:t xml:space="preserve">; Paweł Lasko, kl. </w:t>
      </w:r>
      <w:proofErr w:type="spellStart"/>
      <w:r>
        <w:t>VIIIa</w:t>
      </w:r>
      <w:proofErr w:type="spellEnd"/>
    </w:p>
    <w:p w14:paraId="7136F980" w14:textId="77777777" w:rsidR="00CD03A3" w:rsidRDefault="00000000">
      <w:pPr>
        <w:spacing w:after="0"/>
        <w:rPr>
          <w:b/>
        </w:rPr>
      </w:pPr>
      <w:r>
        <w:rPr>
          <w:b/>
        </w:rPr>
        <w:t xml:space="preserve">III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w </w:t>
      </w:r>
      <w:proofErr w:type="spellStart"/>
      <w:r>
        <w:rPr>
          <w:b/>
        </w:rPr>
        <w:t>Zarębie</w:t>
      </w:r>
      <w:proofErr w:type="spellEnd"/>
    </w:p>
    <w:p w14:paraId="410D8AB9" w14:textId="77777777" w:rsidR="00576DE2" w:rsidRDefault="00576DE2">
      <w:pPr>
        <w:spacing w:after="0"/>
      </w:pPr>
    </w:p>
    <w:p w14:paraId="650E9457" w14:textId="77777777" w:rsidR="00CD03A3" w:rsidRDefault="00000000">
      <w:r>
        <w:t>Nadia Rorbach, kl. VIII; Leon Michnowicz, kl. VIII</w:t>
      </w:r>
    </w:p>
    <w:p w14:paraId="561DED5B" w14:textId="77777777" w:rsidR="00CD03A3" w:rsidRDefault="00000000">
      <w:pPr>
        <w:spacing w:after="0"/>
        <w:rPr>
          <w:b/>
        </w:rPr>
      </w:pPr>
      <w:r>
        <w:rPr>
          <w:b/>
        </w:rPr>
        <w:t xml:space="preserve">IV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2 w </w:t>
      </w:r>
      <w:proofErr w:type="spellStart"/>
      <w:r>
        <w:rPr>
          <w:b/>
        </w:rPr>
        <w:t>Lubaniu</w:t>
      </w:r>
      <w:proofErr w:type="spellEnd"/>
    </w:p>
    <w:p w14:paraId="4280D64B" w14:textId="77777777" w:rsidR="00576DE2" w:rsidRDefault="00576DE2">
      <w:pPr>
        <w:spacing w:after="0"/>
      </w:pPr>
    </w:p>
    <w:p w14:paraId="5527A87B" w14:textId="77777777" w:rsidR="00CD03A3" w:rsidRDefault="00000000">
      <w:r>
        <w:t xml:space="preserve">Maja Skwarek, </w:t>
      </w:r>
      <w:proofErr w:type="gramStart"/>
      <w:r>
        <w:t>kl</w:t>
      </w:r>
      <w:proofErr w:type="gramEnd"/>
      <w:r>
        <w:t xml:space="preserve">. </w:t>
      </w:r>
      <w:proofErr w:type="spellStart"/>
      <w:r>
        <w:t>VIIIb</w:t>
      </w:r>
      <w:proofErr w:type="spellEnd"/>
      <w:r>
        <w:t xml:space="preserve">; Maja </w:t>
      </w:r>
      <w:proofErr w:type="spellStart"/>
      <w:r>
        <w:t>Wesoły</w:t>
      </w:r>
      <w:proofErr w:type="spellEnd"/>
      <w:r>
        <w:t xml:space="preserve">, kl. </w:t>
      </w:r>
      <w:proofErr w:type="spellStart"/>
      <w:r>
        <w:t>VIIIb</w:t>
      </w:r>
      <w:proofErr w:type="spellEnd"/>
    </w:p>
    <w:p w14:paraId="1464A159" w14:textId="77777777" w:rsidR="00CD03A3" w:rsidRDefault="00000000">
      <w:pPr>
        <w:spacing w:after="0"/>
        <w:rPr>
          <w:b/>
        </w:rPr>
      </w:pPr>
      <w:r>
        <w:rPr>
          <w:b/>
        </w:rPr>
        <w:t xml:space="preserve">V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46BFC1FD" w14:textId="77777777" w:rsidR="00DE7D64" w:rsidRDefault="00DE7D64">
      <w:pPr>
        <w:spacing w:after="0"/>
      </w:pPr>
    </w:p>
    <w:p w14:paraId="738E8B73" w14:textId="77777777" w:rsidR="00CD03A3" w:rsidRDefault="00000000">
      <w:r>
        <w:t xml:space="preserve">Emilia Sołtysiak, kl. </w:t>
      </w:r>
      <w:proofErr w:type="spellStart"/>
      <w:r>
        <w:t>VIIb</w:t>
      </w:r>
      <w:proofErr w:type="spellEnd"/>
      <w:r>
        <w:t xml:space="preserve">; Mateusz Krężel, kl. </w:t>
      </w:r>
      <w:proofErr w:type="spellStart"/>
      <w:r>
        <w:t>VIIb</w:t>
      </w:r>
      <w:proofErr w:type="spellEnd"/>
    </w:p>
    <w:p w14:paraId="1EC1DDA0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35B4663F" w14:textId="77777777" w:rsidR="00DE7D64" w:rsidRDefault="00DE7D64">
      <w:pPr>
        <w:spacing w:after="0"/>
      </w:pPr>
    </w:p>
    <w:p w14:paraId="0E600238" w14:textId="77777777" w:rsidR="00CD03A3" w:rsidRDefault="00000000">
      <w:r>
        <w:t xml:space="preserve">Blanka Gołowenko, kl. </w:t>
      </w:r>
      <w:proofErr w:type="spellStart"/>
      <w:r>
        <w:t>VIIIa</w:t>
      </w:r>
      <w:proofErr w:type="spellEnd"/>
      <w:r>
        <w:t xml:space="preserve">; Barbara Zdanowicz, kl. </w:t>
      </w:r>
      <w:proofErr w:type="spellStart"/>
      <w:r>
        <w:t>VIIIa</w:t>
      </w:r>
      <w:proofErr w:type="spellEnd"/>
    </w:p>
    <w:p w14:paraId="3BC4FAD7" w14:textId="77777777" w:rsidR="00CD03A3" w:rsidRDefault="00000000">
      <w:pPr>
        <w:spacing w:after="0"/>
        <w:rPr>
          <w:b/>
        </w:rPr>
      </w:pPr>
      <w:r>
        <w:rPr>
          <w:b/>
        </w:rPr>
        <w:t xml:space="preserve">VII </w:t>
      </w:r>
      <w:proofErr w:type="spellStart"/>
      <w:r>
        <w:rPr>
          <w:b/>
        </w:rPr>
        <w:t>miejsce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Szkoła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Podstawowa</w:t>
      </w:r>
      <w:proofErr w:type="spellEnd"/>
      <w:r>
        <w:rPr>
          <w:b/>
        </w:rPr>
        <w:t xml:space="preserve"> nr 1 w </w:t>
      </w:r>
      <w:proofErr w:type="spellStart"/>
      <w:r>
        <w:rPr>
          <w:b/>
        </w:rPr>
        <w:t>Lubaniu</w:t>
      </w:r>
      <w:proofErr w:type="spellEnd"/>
    </w:p>
    <w:p w14:paraId="4A20B07C" w14:textId="77777777" w:rsidR="00DE7D64" w:rsidRDefault="00DE7D64">
      <w:pPr>
        <w:spacing w:after="0"/>
      </w:pPr>
    </w:p>
    <w:p w14:paraId="0ED7EC0A" w14:textId="77777777" w:rsidR="00CD03A3" w:rsidRDefault="00000000">
      <w:r>
        <w:t xml:space="preserve">Martyna Sołtysiak, kl. </w:t>
      </w:r>
      <w:proofErr w:type="spellStart"/>
      <w:r>
        <w:t>VIIb</w:t>
      </w:r>
      <w:proofErr w:type="spellEnd"/>
      <w:r>
        <w:t xml:space="preserve">; Paulina Kuświk, kl. </w:t>
      </w:r>
      <w:proofErr w:type="spellStart"/>
      <w:r>
        <w:t>VIIb</w:t>
      </w:r>
      <w:proofErr w:type="spellEnd"/>
      <w:r>
        <w:t xml:space="preserve">; Anna Kładoczna, kl. </w:t>
      </w:r>
      <w:proofErr w:type="spellStart"/>
      <w:r>
        <w:t>VIIb</w:t>
      </w:r>
      <w:proofErr w:type="spellEnd"/>
    </w:p>
    <w:p w14:paraId="31E2DC13" w14:textId="77777777" w:rsidR="00CD03A3" w:rsidRDefault="00000000">
      <w:r>
        <w:t xml:space="preserve">4. </w:t>
      </w:r>
      <w:proofErr w:type="spellStart"/>
      <w:r>
        <w:t>Komisja</w:t>
      </w:r>
      <w:proofErr w:type="spellEnd"/>
      <w:r>
        <w:t xml:space="preserve"> </w:t>
      </w:r>
      <w:proofErr w:type="spellStart"/>
      <w:r>
        <w:t>postanowiła</w:t>
      </w:r>
      <w:proofErr w:type="spellEnd"/>
      <w:r>
        <w:t xml:space="preserve"> </w:t>
      </w:r>
      <w:proofErr w:type="spellStart"/>
      <w:r>
        <w:t>przyznać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wynikami</w:t>
      </w:r>
      <w:proofErr w:type="spellEnd"/>
      <w:r>
        <w:t xml:space="preserve"> </w:t>
      </w:r>
      <w:proofErr w:type="spellStart"/>
      <w:r>
        <w:t>wskazanymi</w:t>
      </w:r>
      <w:proofErr w:type="spellEnd"/>
      <w:r>
        <w:t xml:space="preserve"> w </w:t>
      </w:r>
      <w:proofErr w:type="spellStart"/>
      <w:r>
        <w:t>załączonej</w:t>
      </w:r>
      <w:proofErr w:type="spellEnd"/>
      <w:r>
        <w:t xml:space="preserve"> </w:t>
      </w:r>
      <w:proofErr w:type="spellStart"/>
      <w:r>
        <w:t>tabeli</w:t>
      </w:r>
      <w:proofErr w:type="spellEnd"/>
      <w:r>
        <w:t xml:space="preserve"> </w:t>
      </w:r>
      <w:proofErr w:type="spellStart"/>
      <w:r>
        <w:t>punktacyjnej</w:t>
      </w:r>
      <w:proofErr w:type="spellEnd"/>
      <w:r>
        <w:t xml:space="preserve">. </w:t>
      </w:r>
      <w:proofErr w:type="spellStart"/>
      <w:r>
        <w:t>Załącznik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integralną</w:t>
      </w:r>
      <w:proofErr w:type="spellEnd"/>
      <w:r>
        <w:t xml:space="preserve"> </w:t>
      </w:r>
      <w:proofErr w:type="spellStart"/>
      <w:r>
        <w:t>część</w:t>
      </w:r>
      <w:proofErr w:type="spellEnd"/>
      <w:r>
        <w:t xml:space="preserve"> </w:t>
      </w:r>
      <w:proofErr w:type="spellStart"/>
      <w:r>
        <w:t>niniejszego</w:t>
      </w:r>
      <w:proofErr w:type="spellEnd"/>
      <w:r>
        <w:t xml:space="preserve"> </w:t>
      </w:r>
      <w:proofErr w:type="spellStart"/>
      <w:r>
        <w:t>protokołu</w:t>
      </w:r>
      <w:proofErr w:type="spellEnd"/>
      <w:r>
        <w:t>.</w:t>
      </w:r>
    </w:p>
    <w:p w14:paraId="38370E29" w14:textId="77777777" w:rsidR="00CA0D96" w:rsidRPr="00CA0D96" w:rsidRDefault="00000000" w:rsidP="00CA0D96">
      <w:pPr>
        <w:rPr>
          <w:b/>
          <w:bCs/>
          <w:lang w:val="pl-PL"/>
        </w:rPr>
      </w:pPr>
      <w:r>
        <w:lastRenderedPageBreak/>
        <w:t>5</w:t>
      </w:r>
      <w:r w:rsidRPr="00CA0D96">
        <w:rPr>
          <w:b/>
          <w:bCs/>
        </w:rPr>
        <w:t xml:space="preserve">. </w:t>
      </w:r>
      <w:r w:rsidR="00CA0D96" w:rsidRPr="00CA0D96">
        <w:rPr>
          <w:b/>
          <w:bCs/>
          <w:lang w:val="pl-PL"/>
        </w:rPr>
        <w:t>Laureatami konkursu zostali uczestnicy, którzy zajęli miejsca od I do IV w poszczególnych kategoriach wiekowych. To właśnie oni otrzymają karty podarunkowe Empik, które będzie można zrealizować zarówno w sklepach stacjonarnych, jak i w sklepie internetowym.</w:t>
      </w:r>
    </w:p>
    <w:p w14:paraId="0E66A11F" w14:textId="33270646" w:rsidR="00CD03A3" w:rsidRDefault="00000000">
      <w:r>
        <w:t xml:space="preserve">6. </w:t>
      </w:r>
      <w:proofErr w:type="spellStart"/>
      <w:r>
        <w:t>Uroczyste</w:t>
      </w:r>
      <w:proofErr w:type="spellEnd"/>
      <w:r>
        <w:t xml:space="preserve"> </w:t>
      </w:r>
      <w:proofErr w:type="spellStart"/>
      <w:r>
        <w:t>wręczenie</w:t>
      </w:r>
      <w:proofErr w:type="spellEnd"/>
      <w:r>
        <w:t xml:space="preserve"> </w:t>
      </w:r>
      <w:proofErr w:type="spellStart"/>
      <w:r>
        <w:t>nagród</w:t>
      </w:r>
      <w:proofErr w:type="spellEnd"/>
      <w:r>
        <w:t xml:space="preserve"> </w:t>
      </w:r>
      <w:proofErr w:type="spellStart"/>
      <w:r>
        <w:t>odbędzie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r w:rsidR="00603040">
        <w:t>0</w:t>
      </w:r>
      <w:r>
        <w:t xml:space="preserve">4 </w:t>
      </w:r>
      <w:proofErr w:type="spellStart"/>
      <w:r w:rsidR="00603040">
        <w:t>listopada</w:t>
      </w:r>
      <w:proofErr w:type="spellEnd"/>
      <w:r>
        <w:t xml:space="preserve"> 2026 r. o </w:t>
      </w:r>
      <w:proofErr w:type="spellStart"/>
      <w:r>
        <w:t>godz</w:t>
      </w:r>
      <w:proofErr w:type="spellEnd"/>
      <w:r>
        <w:t xml:space="preserve">. </w:t>
      </w:r>
      <w:r w:rsidR="00417FDE">
        <w:t>09</w:t>
      </w:r>
      <w:r>
        <w:t>.</w:t>
      </w:r>
      <w:r w:rsidR="00417FDE">
        <w:t>3</w:t>
      </w:r>
      <w:r>
        <w:t xml:space="preserve">0 w </w:t>
      </w:r>
      <w:proofErr w:type="spellStart"/>
      <w:r>
        <w:t>sali</w:t>
      </w:r>
      <w:proofErr w:type="spellEnd"/>
      <w:r>
        <w:t xml:space="preserve"> </w:t>
      </w:r>
      <w:proofErr w:type="spellStart"/>
      <w:r>
        <w:t>konferencyjnej</w:t>
      </w:r>
      <w:proofErr w:type="spellEnd"/>
      <w:r>
        <w:t xml:space="preserve"> w Trecie w </w:t>
      </w:r>
      <w:proofErr w:type="spellStart"/>
      <w:r>
        <w:t>Lubaniu</w:t>
      </w:r>
      <w:proofErr w:type="spellEnd"/>
      <w:r>
        <w:t>.</w:t>
      </w:r>
    </w:p>
    <w:p w14:paraId="123FEDF1" w14:textId="77777777" w:rsidR="00CD03A3" w:rsidRDefault="00000000">
      <w:proofErr w:type="spellStart"/>
      <w:r>
        <w:t>Komisja</w:t>
      </w:r>
      <w:proofErr w:type="spellEnd"/>
      <w:r>
        <w:t xml:space="preserve"> </w:t>
      </w:r>
      <w:proofErr w:type="spellStart"/>
      <w:r>
        <w:t>dziękuje</w:t>
      </w:r>
      <w:proofErr w:type="spellEnd"/>
      <w:r>
        <w:t xml:space="preserve"> </w:t>
      </w:r>
      <w:proofErr w:type="spellStart"/>
      <w:r>
        <w:t>wszystkim</w:t>
      </w:r>
      <w:proofErr w:type="spellEnd"/>
      <w:r>
        <w:t xml:space="preserve"> </w:t>
      </w:r>
      <w:proofErr w:type="spellStart"/>
      <w:r>
        <w:t>uczestnikom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za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gratuluje</w:t>
      </w:r>
      <w:proofErr w:type="spellEnd"/>
      <w:r>
        <w:t xml:space="preserve"> </w:t>
      </w:r>
      <w:proofErr w:type="spellStart"/>
      <w:r>
        <w:t>laureatom</w:t>
      </w:r>
      <w:proofErr w:type="spellEnd"/>
      <w:r>
        <w:t xml:space="preserve"> </w:t>
      </w:r>
      <w:proofErr w:type="spellStart"/>
      <w:r>
        <w:t>uzyskanych</w:t>
      </w:r>
      <w:proofErr w:type="spellEnd"/>
      <w:r>
        <w:t xml:space="preserve"> </w:t>
      </w:r>
      <w:proofErr w:type="spellStart"/>
      <w:r>
        <w:t>wyników</w:t>
      </w:r>
      <w:proofErr w:type="spellEnd"/>
      <w:r>
        <w:t>.</w:t>
      </w:r>
    </w:p>
    <w:p w14:paraId="3997FB8F" w14:textId="77777777" w:rsidR="00CD03A3" w:rsidRDefault="00CD03A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CD03A3" w14:paraId="6080952F" w14:textId="77777777">
        <w:tc>
          <w:tcPr>
            <w:tcW w:w="4703" w:type="dxa"/>
          </w:tcPr>
          <w:p w14:paraId="169A81F5" w14:textId="77777777" w:rsidR="00CD03A3" w:rsidRDefault="00000000">
            <w:pPr>
              <w:jc w:val="center"/>
            </w:pPr>
            <w:r>
              <w:t>................................................</w:t>
            </w:r>
            <w:r>
              <w:br/>
              <w:t xml:space="preserve">Malwina </w:t>
            </w:r>
            <w:proofErr w:type="spellStart"/>
            <w:r>
              <w:t>Niczyporuk</w:t>
            </w:r>
            <w:proofErr w:type="spellEnd"/>
          </w:p>
        </w:tc>
        <w:tc>
          <w:tcPr>
            <w:tcW w:w="4703" w:type="dxa"/>
          </w:tcPr>
          <w:p w14:paraId="407841C9" w14:textId="77777777" w:rsidR="00CD03A3" w:rsidRDefault="00000000">
            <w:pPr>
              <w:jc w:val="center"/>
            </w:pPr>
            <w:r>
              <w:t>................................................</w:t>
            </w:r>
            <w:r>
              <w:br/>
              <w:t>Marta Żak-Jankowska</w:t>
            </w:r>
          </w:p>
        </w:tc>
      </w:tr>
    </w:tbl>
    <w:p w14:paraId="66DF4054" w14:textId="77777777" w:rsidR="00213B3F" w:rsidRDefault="00213B3F"/>
    <w:sectPr w:rsidR="00213B3F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A05C62"/>
    <w:multiLevelType w:val="hybridMultilevel"/>
    <w:tmpl w:val="C93A48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101A2"/>
    <w:multiLevelType w:val="hybridMultilevel"/>
    <w:tmpl w:val="D9621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1256E"/>
    <w:multiLevelType w:val="multilevel"/>
    <w:tmpl w:val="6AA8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4512F"/>
    <w:multiLevelType w:val="hybridMultilevel"/>
    <w:tmpl w:val="26AE5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B85F7D"/>
    <w:multiLevelType w:val="hybridMultilevel"/>
    <w:tmpl w:val="F642CA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119934">
    <w:abstractNumId w:val="8"/>
  </w:num>
  <w:num w:numId="2" w16cid:durableId="712265885">
    <w:abstractNumId w:val="6"/>
  </w:num>
  <w:num w:numId="3" w16cid:durableId="195854114">
    <w:abstractNumId w:val="5"/>
  </w:num>
  <w:num w:numId="4" w16cid:durableId="855075677">
    <w:abstractNumId w:val="4"/>
  </w:num>
  <w:num w:numId="5" w16cid:durableId="1487670825">
    <w:abstractNumId w:val="7"/>
  </w:num>
  <w:num w:numId="6" w16cid:durableId="495613161">
    <w:abstractNumId w:val="3"/>
  </w:num>
  <w:num w:numId="7" w16cid:durableId="1541552238">
    <w:abstractNumId w:val="2"/>
  </w:num>
  <w:num w:numId="8" w16cid:durableId="1792822726">
    <w:abstractNumId w:val="1"/>
  </w:num>
  <w:num w:numId="9" w16cid:durableId="1796605840">
    <w:abstractNumId w:val="0"/>
  </w:num>
  <w:num w:numId="10" w16cid:durableId="1323582611">
    <w:abstractNumId w:val="12"/>
  </w:num>
  <w:num w:numId="11" w16cid:durableId="1770849503">
    <w:abstractNumId w:val="9"/>
  </w:num>
  <w:num w:numId="12" w16cid:durableId="385180820">
    <w:abstractNumId w:val="13"/>
  </w:num>
  <w:num w:numId="13" w16cid:durableId="1524198757">
    <w:abstractNumId w:val="11"/>
  </w:num>
  <w:num w:numId="14" w16cid:durableId="5116529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195"/>
    <w:rsid w:val="000B14CA"/>
    <w:rsid w:val="001077AB"/>
    <w:rsid w:val="0015074B"/>
    <w:rsid w:val="00167A32"/>
    <w:rsid w:val="00213B3F"/>
    <w:rsid w:val="00227C36"/>
    <w:rsid w:val="002360E5"/>
    <w:rsid w:val="0028436A"/>
    <w:rsid w:val="0029639D"/>
    <w:rsid w:val="003052F6"/>
    <w:rsid w:val="00326F90"/>
    <w:rsid w:val="003404B8"/>
    <w:rsid w:val="003503E6"/>
    <w:rsid w:val="003B0680"/>
    <w:rsid w:val="003C2CF5"/>
    <w:rsid w:val="00417FDE"/>
    <w:rsid w:val="004515B1"/>
    <w:rsid w:val="00484558"/>
    <w:rsid w:val="00525291"/>
    <w:rsid w:val="00576DE2"/>
    <w:rsid w:val="005A7377"/>
    <w:rsid w:val="005B7CA1"/>
    <w:rsid w:val="005F44E1"/>
    <w:rsid w:val="00603040"/>
    <w:rsid w:val="006035A4"/>
    <w:rsid w:val="00676E94"/>
    <w:rsid w:val="00695792"/>
    <w:rsid w:val="006D10C5"/>
    <w:rsid w:val="007C5DD5"/>
    <w:rsid w:val="00872303"/>
    <w:rsid w:val="008949C2"/>
    <w:rsid w:val="0090249D"/>
    <w:rsid w:val="0094087D"/>
    <w:rsid w:val="00966D5B"/>
    <w:rsid w:val="00996869"/>
    <w:rsid w:val="009D664D"/>
    <w:rsid w:val="00AA1D8D"/>
    <w:rsid w:val="00AC4865"/>
    <w:rsid w:val="00AF7C72"/>
    <w:rsid w:val="00B47730"/>
    <w:rsid w:val="00B543F6"/>
    <w:rsid w:val="00B969E2"/>
    <w:rsid w:val="00BD5AFC"/>
    <w:rsid w:val="00CA0D96"/>
    <w:rsid w:val="00CA7D85"/>
    <w:rsid w:val="00CB0664"/>
    <w:rsid w:val="00CD03A3"/>
    <w:rsid w:val="00D03378"/>
    <w:rsid w:val="00D07E06"/>
    <w:rsid w:val="00D531D6"/>
    <w:rsid w:val="00D66D0C"/>
    <w:rsid w:val="00DE7D64"/>
    <w:rsid w:val="00E11035"/>
    <w:rsid w:val="00E15E03"/>
    <w:rsid w:val="00E239EC"/>
    <w:rsid w:val="00E578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02FE24C-6E77-4438-A8B9-E21C6665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rsid w:val="0052529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52F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D664D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eeluba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koluban@inter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acebook.com/rcee.lub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882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Żak-Jankowska</cp:lastModifiedBy>
  <cp:revision>45</cp:revision>
  <dcterms:created xsi:type="dcterms:W3CDTF">2013-12-23T23:15:00Z</dcterms:created>
  <dcterms:modified xsi:type="dcterms:W3CDTF">2026-10-22T08:45:00Z</dcterms:modified>
  <cp:category/>
</cp:coreProperties>
</file>